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5C0286" w14:textId="77777777" w:rsidR="00F37364" w:rsidRDefault="00000000">
      <w:pPr>
        <w:pStyle w:val="Nzev"/>
        <w:jc w:val="center"/>
      </w:pPr>
      <w:r>
        <w:t>P6 – Čestné prohlášení o způsobilosti a kvalifikaci</w:t>
      </w:r>
    </w:p>
    <w:p w14:paraId="7AD99209" w14:textId="77777777" w:rsidR="00F37364" w:rsidRDefault="00000000">
      <w:pPr>
        <w:jc w:val="center"/>
      </w:pPr>
      <w:r>
        <w:rPr>
          <w:b/>
          <w:sz w:val="22"/>
        </w:rPr>
        <w:t>Inovovaná plnicí linka pro fermentované mléčné výrobky</w:t>
      </w:r>
    </w:p>
    <w:p w14:paraId="07C46ECA" w14:textId="77777777" w:rsidR="00F37364" w:rsidRDefault="00000000">
      <w:pPr>
        <w:pStyle w:val="Podnadpis"/>
        <w:jc w:val="center"/>
      </w:pPr>
      <w:r>
        <w:t>Zadavatel: LACRUM Velké Meziříčí, s.r.o., IČ 63992370</w:t>
      </w:r>
    </w:p>
    <w:p w14:paraId="15DAF741" w14:textId="77777777" w:rsidR="00F37364" w:rsidRDefault="00F37364"/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066"/>
      </w:tblGrid>
      <w:tr w:rsidR="00F37364" w14:paraId="6EC6DC9B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4C311D" w14:textId="77777777" w:rsidR="00F37364" w:rsidRDefault="00000000">
            <w:pPr>
              <w:spacing w:after="0"/>
            </w:pPr>
            <w:r>
              <w:t>Obchodní firma / název dodavatele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04D75C" w14:textId="77777777" w:rsidR="00F37364" w:rsidRDefault="00F37364">
            <w:pPr>
              <w:spacing w:after="0"/>
            </w:pPr>
          </w:p>
        </w:tc>
      </w:tr>
      <w:tr w:rsidR="00F37364" w14:paraId="71AA0CE6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0A0DA2" w14:textId="77777777" w:rsidR="00F37364" w:rsidRDefault="00000000">
            <w:pPr>
              <w:spacing w:after="0"/>
            </w:pPr>
            <w:r>
              <w:t>IČ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B9EC46" w14:textId="77777777" w:rsidR="00F37364" w:rsidRDefault="00F37364">
            <w:pPr>
              <w:spacing w:after="0"/>
            </w:pPr>
          </w:p>
        </w:tc>
      </w:tr>
      <w:tr w:rsidR="00F37364" w14:paraId="7318C295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BDBABC" w14:textId="77777777" w:rsidR="00F37364" w:rsidRDefault="00000000">
            <w:pPr>
              <w:spacing w:after="0"/>
            </w:pPr>
            <w:r>
              <w:t>Sídlo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B1766B" w14:textId="77777777" w:rsidR="00F37364" w:rsidRDefault="00F37364">
            <w:pPr>
              <w:spacing w:after="0"/>
            </w:pPr>
          </w:p>
        </w:tc>
      </w:tr>
    </w:tbl>
    <w:p w14:paraId="17EDB48F" w14:textId="77777777" w:rsidR="00F37364" w:rsidRDefault="00F37364">
      <w:pPr>
        <w:spacing w:after="0"/>
      </w:pPr>
    </w:p>
    <w:p w14:paraId="1534911E" w14:textId="77777777" w:rsidR="00F37364" w:rsidRDefault="00000000">
      <w:pPr>
        <w:pStyle w:val="Nadpis1"/>
      </w:pPr>
      <w:r>
        <w:t>Prohlášení</w:t>
      </w:r>
    </w:p>
    <w:p w14:paraId="1CAFE419" w14:textId="77777777" w:rsidR="00F37364" w:rsidRDefault="00000000">
      <w:r>
        <w:t>Dodavatel čestně prohlašuje, že ke dni podání nabídky:</w:t>
      </w:r>
    </w:p>
    <w:p w14:paraId="22CE4F67" w14:textId="77777777" w:rsidR="00F37364" w:rsidRDefault="00000000">
      <w:pPr>
        <w:pStyle w:val="Seznamsodrkami"/>
        <w:spacing w:after="40"/>
      </w:pPr>
      <w:r>
        <w:t>splňuje základní způsobilost podle § 74 zákona č. 134/2016 Sb., o zadávání veřejných zakázek, ve znění pozdějších předpisů (ZZVZ);</w:t>
      </w:r>
    </w:p>
    <w:p w14:paraId="5FC8DE5C" w14:textId="77777777" w:rsidR="00F37364" w:rsidRDefault="00000000">
      <w:pPr>
        <w:pStyle w:val="Seznamsodrkami"/>
        <w:spacing w:after="40"/>
      </w:pPr>
      <w:r>
        <w:t>splňuje profesní způsobilost podle § 77 ZZVZ v rozsahu požadovaném zadávací dokumentací;</w:t>
      </w:r>
    </w:p>
    <w:p w14:paraId="38075540" w14:textId="77777777" w:rsidR="00F37364" w:rsidRDefault="00000000">
      <w:pPr>
        <w:pStyle w:val="Seznamsodrkami"/>
        <w:spacing w:after="40"/>
      </w:pPr>
      <w:r>
        <w:t>splňuje technickou kvalifikaci podle § 79 ZZVZ v rozsahu požadovaném zadávací dokumentací a údaje uvedené v P14 jsou pravdivé;</w:t>
      </w:r>
    </w:p>
    <w:p w14:paraId="0C5E4C53" w14:textId="77777777" w:rsidR="00F37364" w:rsidRDefault="00000000">
      <w:pPr>
        <w:pStyle w:val="Seznamsodrkami"/>
        <w:spacing w:after="40"/>
      </w:pPr>
      <w:r>
        <w:t>nenastala změna kvalifikace, kterou by byl povinen oznámit podle § 88 ZZVZ;</w:t>
      </w:r>
    </w:p>
    <w:p w14:paraId="18A2B7FD" w14:textId="77777777" w:rsidR="00F37364" w:rsidRDefault="00000000">
      <w:pPr>
        <w:pStyle w:val="Seznamsodrkami"/>
        <w:spacing w:after="40"/>
      </w:pPr>
      <w:r>
        <w:t>je připraven na výzvu zadavatele předložit originály nebo ověřené kopie dokladů a další údaje požadované ZZVZ a zadávací dokumentací.</w:t>
      </w:r>
    </w:p>
    <w:p w14:paraId="3579225A" w14:textId="77777777" w:rsidR="00F37364" w:rsidRDefault="00000000">
      <w:r>
        <w:t>Toto prohlášení nahrazuje doklady o kvalifikaci v nabídce v rozsahu, v němž takovou náhradu připouští § 86 ZZVZ a zadávací dokumentace. Dodavatel může namísto něj nebo společně s ním předložit jednotné evropské osvědčení pro veřejné zakázky. Povinnost vybraného dodavatele předložit doklady na výzvu zadavatele podle § 122 ZZVZ tím není dotčena.</w:t>
      </w:r>
    </w:p>
    <w:p w14:paraId="0327AE71" w14:textId="77777777" w:rsidR="00F37364" w:rsidRDefault="00000000">
      <w:pPr>
        <w:pStyle w:val="Nadpis1"/>
      </w:pPr>
      <w:r>
        <w:t>Způsob prokazování kvalifikace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3572"/>
      </w:tblGrid>
      <w:tr w:rsidR="00F37364" w14:paraId="78710799" w14:textId="77777777">
        <w:trPr>
          <w:jc w:val="center"/>
        </w:trPr>
        <w:tc>
          <w:tcPr>
            <w:tcW w:w="5443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5BCD11" w14:textId="77777777" w:rsidR="00F37364" w:rsidRDefault="00000000">
            <w:pPr>
              <w:spacing w:after="0"/>
            </w:pPr>
            <w:r>
              <w:rPr>
                <w:b/>
              </w:rPr>
              <w:t>Otázka</w:t>
            </w:r>
          </w:p>
        </w:tc>
        <w:tc>
          <w:tcPr>
            <w:tcW w:w="357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D6B880" w14:textId="77777777" w:rsidR="00F37364" w:rsidRDefault="00000000">
            <w:pPr>
              <w:spacing w:after="0"/>
            </w:pPr>
            <w:r>
              <w:rPr>
                <w:b/>
              </w:rPr>
              <w:t>Odpověď</w:t>
            </w:r>
          </w:p>
        </w:tc>
      </w:tr>
      <w:tr w:rsidR="00F37364" w14:paraId="09D80950" w14:textId="77777777">
        <w:trPr>
          <w:jc w:val="center"/>
        </w:trPr>
        <w:tc>
          <w:tcPr>
            <w:tcW w:w="544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3D7796" w14:textId="77777777" w:rsidR="00F37364" w:rsidRDefault="00000000">
            <w:pPr>
              <w:spacing w:after="0"/>
            </w:pPr>
            <w:r>
              <w:t>Je nabídka podávána společně více dodavateli?</w:t>
            </w:r>
          </w:p>
        </w:tc>
        <w:tc>
          <w:tcPr>
            <w:tcW w:w="35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218AD7" w14:textId="77777777" w:rsidR="00F37364" w:rsidRDefault="00000000">
            <w:pPr>
              <w:spacing w:after="0"/>
            </w:pPr>
            <w:r>
              <w:t>☐ ne   ☐ ano</w:t>
            </w:r>
          </w:p>
        </w:tc>
      </w:tr>
      <w:tr w:rsidR="00F37364" w14:paraId="43D30BF4" w14:textId="77777777">
        <w:trPr>
          <w:jc w:val="center"/>
        </w:trPr>
        <w:tc>
          <w:tcPr>
            <w:tcW w:w="544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EA062C" w14:textId="77777777" w:rsidR="00F37364" w:rsidRDefault="00000000">
            <w:pPr>
              <w:spacing w:after="0"/>
            </w:pPr>
            <w:r>
              <w:t>Je část kvalifikace prokazována prostřednictvím jiné osoby?</w:t>
            </w:r>
          </w:p>
        </w:tc>
        <w:tc>
          <w:tcPr>
            <w:tcW w:w="35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FBA419" w14:textId="77777777" w:rsidR="00F37364" w:rsidRDefault="00000000">
            <w:pPr>
              <w:spacing w:after="0"/>
            </w:pPr>
            <w:r>
              <w:t>☐ ne   ☐ ano; předloženy doklady dle § 83 ZZVZ</w:t>
            </w:r>
          </w:p>
        </w:tc>
      </w:tr>
      <w:tr w:rsidR="00F37364" w14:paraId="0FBFA2FF" w14:textId="77777777">
        <w:trPr>
          <w:jc w:val="center"/>
        </w:trPr>
        <w:tc>
          <w:tcPr>
            <w:tcW w:w="544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7E6450" w14:textId="77777777" w:rsidR="00F37364" w:rsidRDefault="00000000">
            <w:pPr>
              <w:spacing w:after="0"/>
            </w:pPr>
            <w:r>
              <w:t>Je použit výpis ze seznamu kvalifikovaných dodavatelů / certifikát?</w:t>
            </w:r>
          </w:p>
        </w:tc>
        <w:tc>
          <w:tcPr>
            <w:tcW w:w="35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DB0E48" w14:textId="77777777" w:rsidR="00F37364" w:rsidRDefault="00000000">
            <w:pPr>
              <w:spacing w:after="0"/>
            </w:pPr>
            <w:r>
              <w:t>☐ ne   ☐ ano; označení:</w:t>
            </w:r>
          </w:p>
        </w:tc>
      </w:tr>
    </w:tbl>
    <w:p w14:paraId="45DCC503" w14:textId="77777777" w:rsidR="00F37364" w:rsidRDefault="00F37364">
      <w:pPr>
        <w:spacing w:after="0"/>
      </w:pPr>
    </w:p>
    <w:p w14:paraId="417EDCA8" w14:textId="77777777" w:rsidR="00F37364" w:rsidRDefault="00F37364"/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066"/>
      </w:tblGrid>
      <w:tr w:rsidR="00F37364" w14:paraId="16222DCE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E3E755" w14:textId="77777777" w:rsidR="00F37364" w:rsidRDefault="00000000">
            <w:pPr>
              <w:spacing w:after="0"/>
            </w:pPr>
            <w:r>
              <w:t>V / dne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2E7A99" w14:textId="77777777" w:rsidR="00F37364" w:rsidRDefault="00F37364">
            <w:pPr>
              <w:spacing w:after="0"/>
            </w:pPr>
          </w:p>
        </w:tc>
      </w:tr>
      <w:tr w:rsidR="00F37364" w14:paraId="6DCD51DC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43F2BB" w14:textId="77777777" w:rsidR="00F37364" w:rsidRDefault="00000000">
            <w:pPr>
              <w:spacing w:after="0"/>
            </w:pPr>
            <w:r>
              <w:t>Jméno a funkce oprávněné osoby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C3C0EF" w14:textId="77777777" w:rsidR="00F37364" w:rsidRDefault="00F37364">
            <w:pPr>
              <w:spacing w:after="0"/>
            </w:pPr>
          </w:p>
        </w:tc>
      </w:tr>
      <w:tr w:rsidR="00F37364" w14:paraId="14FA4DC1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CA583C" w14:textId="77777777" w:rsidR="00F37364" w:rsidRDefault="00000000">
            <w:pPr>
              <w:spacing w:after="0"/>
            </w:pPr>
            <w:r>
              <w:t>Obchodní firma dodavatele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A7E49F" w14:textId="77777777" w:rsidR="00F37364" w:rsidRDefault="00F37364">
            <w:pPr>
              <w:spacing w:after="0"/>
            </w:pPr>
          </w:p>
        </w:tc>
      </w:tr>
      <w:tr w:rsidR="00F37364" w14:paraId="13F7474C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859C1C" w14:textId="77777777" w:rsidR="00F37364" w:rsidRDefault="00000000">
            <w:pPr>
              <w:spacing w:after="0"/>
            </w:pPr>
            <w:r>
              <w:t>Podpis, je-li pro daný dokument vyžadován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C2C473" w14:textId="77777777" w:rsidR="00F37364" w:rsidRDefault="00F37364">
            <w:pPr>
              <w:spacing w:after="0"/>
            </w:pPr>
          </w:p>
        </w:tc>
      </w:tr>
    </w:tbl>
    <w:p w14:paraId="1076E815" w14:textId="77777777" w:rsidR="00F37364" w:rsidRDefault="00F37364">
      <w:pPr>
        <w:spacing w:after="0"/>
      </w:pPr>
    </w:p>
    <w:p w14:paraId="3CB22D52" w14:textId="77777777" w:rsidR="00F37364" w:rsidRDefault="00000000">
      <w:r>
        <w:rPr>
          <w:i/>
        </w:rPr>
        <w:t>Poznámka: Úkon učiněný prostřednictvím elektronického nástroje se považuje za podepsaný podle § 211 odst. 7 ZZVZ. Zadavatel může požadovat objasnění nebo doplnění údajů v mezích ZZVZ.</w:t>
      </w:r>
    </w:p>
    <w:sectPr w:rsidR="00F37364" w:rsidSect="00034616">
      <w:headerReference w:type="default" r:id="rId8"/>
      <w:footerReference w:type="default" r:id="rId9"/>
      <w:pgSz w:w="12240" w:h="15840"/>
      <w:pgMar w:top="1191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9EC57D" w14:textId="77777777" w:rsidR="0082112B" w:rsidRDefault="0082112B">
      <w:pPr>
        <w:spacing w:after="0" w:line="240" w:lineRule="auto"/>
      </w:pPr>
      <w:r>
        <w:separator/>
      </w:r>
    </w:p>
  </w:endnote>
  <w:endnote w:type="continuationSeparator" w:id="0">
    <w:p w14:paraId="3E5D32BA" w14:textId="77777777" w:rsidR="0082112B" w:rsidRDefault="00821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07C3C" w14:textId="77777777" w:rsidR="00674BD1" w:rsidRDefault="008C2FB9">
    <w:pPr>
      <w:pStyle w:val="Zpat"/>
    </w:pPr>
    <w:r>
      <w:rPr>
        <w:sz w:val="15"/>
      </w:rPr>
      <w:t xml:space="preserve">LACRUM </w:t>
    </w:r>
    <w:proofErr w:type="spellStart"/>
    <w:r>
      <w:rPr>
        <w:sz w:val="15"/>
      </w:rPr>
      <w:t>Velké</w:t>
    </w:r>
    <w:proofErr w:type="spellEnd"/>
    <w:r>
      <w:rPr>
        <w:sz w:val="15"/>
      </w:rPr>
      <w:t xml:space="preserve"> </w:t>
    </w:r>
    <w:proofErr w:type="spellStart"/>
    <w:r>
      <w:rPr>
        <w:sz w:val="15"/>
      </w:rPr>
      <w:t>Meziříčí</w:t>
    </w:r>
    <w:proofErr w:type="spellEnd"/>
    <w:r>
      <w:rPr>
        <w:sz w:val="15"/>
      </w:rPr>
      <w:t xml:space="preserve">, </w:t>
    </w:r>
    <w:proofErr w:type="spellStart"/>
    <w:r>
      <w:rPr>
        <w:sz w:val="15"/>
      </w:rPr>
      <w:t>s.r.o.</w:t>
    </w:r>
    <w:proofErr w:type="spellEnd"/>
    <w:r>
      <w:rPr>
        <w:sz w:val="15"/>
      </w:rPr>
      <w:t xml:space="preserve"> | </w:t>
    </w:r>
    <w:proofErr w:type="spellStart"/>
    <w:r>
      <w:rPr>
        <w:sz w:val="15"/>
      </w:rPr>
      <w:t>projekt</w:t>
    </w:r>
    <w:proofErr w:type="spellEnd"/>
    <w:r>
      <w:rPr>
        <w:sz w:val="15"/>
      </w:rPr>
      <w:t xml:space="preserve"> 25/006/5377a/500/012868 | </w:t>
    </w:r>
    <w:proofErr w:type="spellStart"/>
    <w:r>
      <w:t>Strana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BB078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2574E8" w14:textId="77777777" w:rsidR="0082112B" w:rsidRDefault="0082112B">
      <w:pPr>
        <w:spacing w:after="0" w:line="240" w:lineRule="auto"/>
      </w:pPr>
      <w:r>
        <w:separator/>
      </w:r>
    </w:p>
  </w:footnote>
  <w:footnote w:type="continuationSeparator" w:id="0">
    <w:p w14:paraId="6562567E" w14:textId="77777777" w:rsidR="0082112B" w:rsidRDefault="00821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B8B63" w14:textId="77777777" w:rsidR="00674BD1" w:rsidRDefault="008C2FB9">
    <w:pPr>
      <w:pStyle w:val="Zhlav"/>
      <w:jc w:val="center"/>
    </w:pPr>
    <w:r>
      <w:rPr>
        <w:noProof/>
      </w:rPr>
      <w:drawing>
        <wp:inline distT="0" distB="0" distL="0" distR="0" wp14:anchorId="653110E2" wp14:editId="2661A96F">
          <wp:extent cx="6012000" cy="8450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cr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12000" cy="84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203CC8"/>
    <w:multiLevelType w:val="multilevel"/>
    <w:tmpl w:val="FD3A4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4847255">
    <w:abstractNumId w:val="8"/>
  </w:num>
  <w:num w:numId="2" w16cid:durableId="1327636171">
    <w:abstractNumId w:val="6"/>
  </w:num>
  <w:num w:numId="3" w16cid:durableId="874925139">
    <w:abstractNumId w:val="5"/>
  </w:num>
  <w:num w:numId="4" w16cid:durableId="2089881154">
    <w:abstractNumId w:val="4"/>
  </w:num>
  <w:num w:numId="5" w16cid:durableId="259726651">
    <w:abstractNumId w:val="7"/>
  </w:num>
  <w:num w:numId="6" w16cid:durableId="367680200">
    <w:abstractNumId w:val="3"/>
  </w:num>
  <w:num w:numId="7" w16cid:durableId="1809008039">
    <w:abstractNumId w:val="2"/>
  </w:num>
  <w:num w:numId="8" w16cid:durableId="48305516">
    <w:abstractNumId w:val="1"/>
  </w:num>
  <w:num w:numId="9" w16cid:durableId="174270507">
    <w:abstractNumId w:val="0"/>
  </w:num>
  <w:num w:numId="10" w16cid:durableId="9095850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2FC"/>
    <w:rsid w:val="00143C8A"/>
    <w:rsid w:val="0015074B"/>
    <w:rsid w:val="0018580D"/>
    <w:rsid w:val="00277E65"/>
    <w:rsid w:val="0029639D"/>
    <w:rsid w:val="00326F90"/>
    <w:rsid w:val="00487DE2"/>
    <w:rsid w:val="005733BC"/>
    <w:rsid w:val="00593C09"/>
    <w:rsid w:val="00674BD1"/>
    <w:rsid w:val="007009A4"/>
    <w:rsid w:val="0082112B"/>
    <w:rsid w:val="008830E6"/>
    <w:rsid w:val="008C2FB9"/>
    <w:rsid w:val="008E0440"/>
    <w:rsid w:val="00954FA5"/>
    <w:rsid w:val="00957209"/>
    <w:rsid w:val="009B5CAE"/>
    <w:rsid w:val="009E2093"/>
    <w:rsid w:val="00A57610"/>
    <w:rsid w:val="00AA1D8D"/>
    <w:rsid w:val="00B47730"/>
    <w:rsid w:val="00B51C34"/>
    <w:rsid w:val="00BA0FD8"/>
    <w:rsid w:val="00BB01A4"/>
    <w:rsid w:val="00BB0782"/>
    <w:rsid w:val="00BF66F2"/>
    <w:rsid w:val="00CB01E3"/>
    <w:rsid w:val="00CB0664"/>
    <w:rsid w:val="00D56401"/>
    <w:rsid w:val="00E846A2"/>
    <w:rsid w:val="00F37364"/>
    <w:rsid w:val="00F41BEB"/>
    <w:rsid w:val="00FB61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71B3A"/>
  <w14:defaultImageDpi w14:val="300"/>
  <w15:docId w15:val="{E5AB5949-2BA3-42E8-B72E-EB8559F4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47" w:lineRule="auto"/>
    </w:pPr>
    <w:rPr>
      <w:rFonts w:ascii="Arial" w:hAnsi="Arial"/>
      <w:color w:val="000000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0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0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BB07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B078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B0782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7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782"/>
    <w:rPr>
      <w:rFonts w:ascii="Arial" w:hAnsi="Arial"/>
      <w:b/>
      <w:bCs/>
      <w:sz w:val="20"/>
      <w:szCs w:val="20"/>
    </w:rPr>
  </w:style>
  <w:style w:type="paragraph" w:customStyle="1" w:styleId="isselectedend">
    <w:name w:val="isselectedend"/>
    <w:basedOn w:val="Normln"/>
    <w:rsid w:val="000B72FC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web">
    <w:name w:val="Normal (Web)"/>
    <w:basedOn w:val="Normln"/>
    <w:uiPriority w:val="99"/>
    <w:semiHidden/>
    <w:unhideWhenUsed/>
    <w:rsid w:val="00B51C34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98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1532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Zdenka Hegedűšová</cp:lastModifiedBy>
  <cp:revision>2</cp:revision>
  <dcterms:created xsi:type="dcterms:W3CDTF">2026-09-18T15:59:00Z</dcterms:created>
  <dcterms:modified xsi:type="dcterms:W3CDTF">2026-09-18T15:59:00Z</dcterms:modified>
  <cp:category/>
</cp:coreProperties>
</file>