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8318" w14:textId="77777777" w:rsidR="00F06253" w:rsidRPr="00DB1B96" w:rsidRDefault="00267DF4">
      <w:pPr>
        <w:pStyle w:val="Nzev"/>
        <w:jc w:val="center"/>
        <w:rPr>
          <w:lang w:val="cs-CZ"/>
        </w:rPr>
      </w:pPr>
      <w:r w:rsidRPr="00DB1B96">
        <w:rPr>
          <w:lang w:val="cs-CZ"/>
        </w:rPr>
        <w:t>P9 – Čestné prohlášení k pojištění</w:t>
      </w:r>
    </w:p>
    <w:p w14:paraId="73CA11A6" w14:textId="77777777" w:rsidR="00F06253" w:rsidRPr="00DB1B96" w:rsidRDefault="00267DF4">
      <w:pPr>
        <w:jc w:val="center"/>
        <w:rPr>
          <w:lang w:val="cs-CZ"/>
        </w:rPr>
      </w:pPr>
      <w:r w:rsidRPr="00DB1B96">
        <w:rPr>
          <w:b/>
          <w:sz w:val="22"/>
          <w:lang w:val="cs-CZ"/>
        </w:rPr>
        <w:t>Inovovaná plnicí linka pro fermentované mléčné výrobky</w:t>
      </w:r>
    </w:p>
    <w:p w14:paraId="2A13F6A8" w14:textId="77777777" w:rsidR="00F06253" w:rsidRPr="00DB1B96" w:rsidRDefault="00267DF4">
      <w:pPr>
        <w:pStyle w:val="Podnadpis"/>
        <w:jc w:val="center"/>
        <w:rPr>
          <w:lang w:val="cs-CZ"/>
        </w:rPr>
      </w:pPr>
      <w:r w:rsidRPr="00DB1B96">
        <w:rPr>
          <w:lang w:val="cs-CZ"/>
        </w:rPr>
        <w:t>Zadavatel: LACRUM Velké Meziříčí, s.r.o., IČ 63992370</w:t>
      </w:r>
    </w:p>
    <w:p w14:paraId="5AEA4D7E" w14:textId="77777777" w:rsidR="00F06253" w:rsidRPr="00DB1B96" w:rsidRDefault="00F06253">
      <w:pPr>
        <w:rPr>
          <w:lang w:val="cs-CZ"/>
        </w:rPr>
      </w:pP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F06253" w:rsidRPr="00DB1B96" w14:paraId="4E5AACB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BB908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Obchodní firma / název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65513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193CE1D6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9FE6A2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IČ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5F90A6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2E69C93C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084B1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Sídlo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F4BC0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</w:tbl>
    <w:p w14:paraId="2B59DD63" w14:textId="77777777" w:rsidR="00F06253" w:rsidRPr="00DB1B96" w:rsidRDefault="00F06253">
      <w:pPr>
        <w:spacing w:after="0"/>
        <w:rPr>
          <w:lang w:val="cs-CZ"/>
        </w:rPr>
      </w:pPr>
    </w:p>
    <w:p w14:paraId="318EE998" w14:textId="77777777" w:rsidR="00F06253" w:rsidRPr="00DB1B96" w:rsidRDefault="00267DF4">
      <w:pPr>
        <w:pStyle w:val="Nadpis1"/>
        <w:rPr>
          <w:lang w:val="cs-CZ"/>
        </w:rPr>
      </w:pPr>
      <w:r w:rsidRPr="00DB1B96">
        <w:rPr>
          <w:lang w:val="cs-CZ"/>
        </w:rPr>
        <w:t>Prohlášení</w:t>
      </w:r>
    </w:p>
    <w:p w14:paraId="52A442C3" w14:textId="3FB269AE" w:rsidR="00F06253" w:rsidRPr="00DB1B96" w:rsidRDefault="00267DF4">
      <w:pPr>
        <w:rPr>
          <w:lang w:val="cs-CZ"/>
        </w:rPr>
      </w:pPr>
      <w:r w:rsidRPr="00DB1B96">
        <w:rPr>
          <w:lang w:val="cs-CZ"/>
        </w:rPr>
        <w:t xml:space="preserve">Dodavatel prohlašuje, že v případě svého výběru před podpisem smlouvy předloží doklad o platném pojištění odpovědnosti za újmu způsobenou třetí osobě s limitem pojistného plnění nejméně </w:t>
      </w:r>
      <w:r w:rsidR="00CC0942" w:rsidRPr="00DB1B96">
        <w:rPr>
          <w:lang w:val="cs-CZ"/>
        </w:rPr>
        <w:t>14 000 000 Kč nebo ekvivalent v EUR</w:t>
      </w:r>
      <w:r w:rsidRPr="00DB1B96">
        <w:rPr>
          <w:lang w:val="cs-CZ"/>
        </w:rPr>
        <w:t>.</w:t>
      </w:r>
    </w:p>
    <w:p w14:paraId="02A204D1" w14:textId="77777777" w:rsidR="00F06253" w:rsidRPr="00DB1B96" w:rsidRDefault="00267DF4">
      <w:pPr>
        <w:rPr>
          <w:lang w:val="cs-CZ"/>
        </w:rPr>
      </w:pPr>
      <w:r w:rsidRPr="00DB1B96">
        <w:rPr>
          <w:lang w:val="cs-CZ"/>
        </w:rPr>
        <w:t>Dodavatel bude pojištění udržovat po dobu a za podmínek stanovených závazným vzorem kupní smlouvy; spoluúčast nepřesáhne 10 % pojistného plnění, pokud smlouva nestanoví přísnější podmínku. Na žádost zadavatele doloží trvání pojištění a úhradu pojistného.</w:t>
      </w:r>
    </w:p>
    <w:p w14:paraId="1C9F6E77" w14:textId="77777777" w:rsidR="00F06253" w:rsidRPr="00DB1B96" w:rsidRDefault="00267DF4">
      <w:pPr>
        <w:pStyle w:val="Nadpis1"/>
        <w:rPr>
          <w:lang w:val="cs-CZ"/>
        </w:rPr>
      </w:pPr>
      <w:r w:rsidRPr="00DB1B96">
        <w:rPr>
          <w:lang w:val="cs-CZ"/>
        </w:rPr>
        <w:t>Informativní údaje o stávajícím / zamýšleném pojištění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4819"/>
      </w:tblGrid>
      <w:tr w:rsidR="00F06253" w:rsidRPr="00DB1B96" w14:paraId="01F4CD4F" w14:textId="77777777">
        <w:trPr>
          <w:jc w:val="center"/>
        </w:trPr>
        <w:tc>
          <w:tcPr>
            <w:tcW w:w="419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D88FA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b/>
                <w:lang w:val="cs-CZ"/>
              </w:rPr>
              <w:t>Údaj</w:t>
            </w:r>
          </w:p>
        </w:tc>
        <w:tc>
          <w:tcPr>
            <w:tcW w:w="481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C9CB6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b/>
                <w:lang w:val="cs-CZ"/>
              </w:rPr>
              <w:t>Doplní dodavatel</w:t>
            </w:r>
          </w:p>
        </w:tc>
      </w:tr>
      <w:tr w:rsidR="00F06253" w:rsidRPr="00DB1B96" w14:paraId="71995A09" w14:textId="77777777">
        <w:trPr>
          <w:jc w:val="center"/>
        </w:trPr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5055A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Pojišťovna</w:t>
            </w:r>
          </w:p>
        </w:tc>
        <w:tc>
          <w:tcPr>
            <w:tcW w:w="48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B0345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10B4B434" w14:textId="77777777">
        <w:trPr>
          <w:jc w:val="center"/>
        </w:trPr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001A9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Číslo pojistné smlouvy</w:t>
            </w:r>
          </w:p>
        </w:tc>
        <w:tc>
          <w:tcPr>
            <w:tcW w:w="48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C6393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635D3347" w14:textId="77777777">
        <w:trPr>
          <w:jc w:val="center"/>
        </w:trPr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71F266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Limit na jednu pojistnou událost</w:t>
            </w:r>
          </w:p>
        </w:tc>
        <w:tc>
          <w:tcPr>
            <w:tcW w:w="48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D2625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3B677C02" w14:textId="77777777">
        <w:trPr>
          <w:jc w:val="center"/>
        </w:trPr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522D5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Spoluúčast</w:t>
            </w:r>
          </w:p>
        </w:tc>
        <w:tc>
          <w:tcPr>
            <w:tcW w:w="48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5F867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1DFF8A47" w14:textId="77777777">
        <w:trPr>
          <w:jc w:val="center"/>
        </w:trPr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D247C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Doba platnosti</w:t>
            </w:r>
          </w:p>
        </w:tc>
        <w:tc>
          <w:tcPr>
            <w:tcW w:w="48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D4EA9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</w:tbl>
    <w:p w14:paraId="6F689A62" w14:textId="77777777" w:rsidR="00F06253" w:rsidRPr="00DB1B96" w:rsidRDefault="00F06253">
      <w:pPr>
        <w:spacing w:after="0"/>
        <w:rPr>
          <w:lang w:val="cs-CZ"/>
        </w:rPr>
      </w:pPr>
    </w:p>
    <w:p w14:paraId="1AF7A494" w14:textId="77777777" w:rsidR="00F06253" w:rsidRPr="00DB1B96" w:rsidRDefault="00267DF4">
      <w:pPr>
        <w:rPr>
          <w:lang w:val="cs-CZ"/>
        </w:rPr>
      </w:pPr>
      <w:r w:rsidRPr="00DB1B96">
        <w:rPr>
          <w:i/>
          <w:lang w:val="cs-CZ"/>
        </w:rPr>
        <w:t>Vyplnění informativních údajů nenahrazuje doklad požadovaný od vybraného dodavatele před podpisem smlouvy.</w:t>
      </w:r>
    </w:p>
    <w:p w14:paraId="297188B9" w14:textId="77777777" w:rsidR="00F06253" w:rsidRPr="00DB1B96" w:rsidRDefault="00F06253">
      <w:pPr>
        <w:rPr>
          <w:lang w:val="cs-CZ"/>
        </w:rPr>
      </w:pP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F06253" w:rsidRPr="00DB1B96" w14:paraId="2C986A88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6FB93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DEC20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3973039C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BB440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EFB15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001FAFF7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E4D3E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607A3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  <w:tr w:rsidR="00F06253" w:rsidRPr="00DB1B96" w14:paraId="1FCEC80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E4F9A" w14:textId="77777777" w:rsidR="00F06253" w:rsidRPr="00DB1B96" w:rsidRDefault="00267DF4">
            <w:pPr>
              <w:spacing w:after="0"/>
              <w:rPr>
                <w:lang w:val="cs-CZ"/>
              </w:rPr>
            </w:pPr>
            <w:r w:rsidRPr="00DB1B96">
              <w:rPr>
                <w:lang w:val="cs-CZ"/>
              </w:rP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09B9D" w14:textId="77777777" w:rsidR="00F06253" w:rsidRPr="00DB1B96" w:rsidRDefault="00F06253">
            <w:pPr>
              <w:spacing w:after="0"/>
              <w:rPr>
                <w:lang w:val="cs-CZ"/>
              </w:rPr>
            </w:pPr>
          </w:p>
        </w:tc>
      </w:tr>
    </w:tbl>
    <w:p w14:paraId="5ADB8C7A" w14:textId="77777777" w:rsidR="00F06253" w:rsidRPr="00DB1B96" w:rsidRDefault="00F06253">
      <w:pPr>
        <w:spacing w:after="0"/>
        <w:rPr>
          <w:lang w:val="cs-CZ"/>
        </w:rPr>
      </w:pPr>
    </w:p>
    <w:p w14:paraId="33A9146A" w14:textId="77777777" w:rsidR="00F06253" w:rsidRPr="00DB1B96" w:rsidRDefault="00267DF4">
      <w:pPr>
        <w:rPr>
          <w:lang w:val="cs-CZ"/>
        </w:rPr>
      </w:pPr>
      <w:r w:rsidRPr="00DB1B96">
        <w:rPr>
          <w:i/>
          <w:lang w:val="cs-CZ"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F06253" w:rsidRPr="00DB1B96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8E46" w14:textId="77777777" w:rsidR="00F8773B" w:rsidRDefault="00F8773B">
      <w:pPr>
        <w:spacing w:after="0" w:line="240" w:lineRule="auto"/>
      </w:pPr>
      <w:r>
        <w:separator/>
      </w:r>
    </w:p>
  </w:endnote>
  <w:endnote w:type="continuationSeparator" w:id="0">
    <w:p w14:paraId="420AB6E0" w14:textId="77777777" w:rsidR="00F8773B" w:rsidRDefault="00F8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16DE5" w14:textId="77777777" w:rsidR="00F8773B" w:rsidRDefault="00F8773B">
      <w:pPr>
        <w:spacing w:after="0" w:line="240" w:lineRule="auto"/>
      </w:pPr>
      <w:r>
        <w:separator/>
      </w:r>
    </w:p>
  </w:footnote>
  <w:footnote w:type="continuationSeparator" w:id="0">
    <w:p w14:paraId="583BC298" w14:textId="77777777" w:rsidR="00F8773B" w:rsidRDefault="00F8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267DF4"/>
    <w:rsid w:val="00277E65"/>
    <w:rsid w:val="0029639D"/>
    <w:rsid w:val="00326F90"/>
    <w:rsid w:val="00487DE2"/>
    <w:rsid w:val="005733BC"/>
    <w:rsid w:val="00593C09"/>
    <w:rsid w:val="00674BD1"/>
    <w:rsid w:val="00737334"/>
    <w:rsid w:val="007D6345"/>
    <w:rsid w:val="008830E6"/>
    <w:rsid w:val="00897694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CC0942"/>
    <w:rsid w:val="00DB1B96"/>
    <w:rsid w:val="00E43780"/>
    <w:rsid w:val="00E846A2"/>
    <w:rsid w:val="00F06253"/>
    <w:rsid w:val="00F41BEB"/>
    <w:rsid w:val="00F8773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Ondřej Vybíral</cp:lastModifiedBy>
  <cp:revision>6</cp:revision>
  <dcterms:created xsi:type="dcterms:W3CDTF">2026-09-18T15:32:00Z</dcterms:created>
  <dcterms:modified xsi:type="dcterms:W3CDTF">2026-09-22T13:22:00Z</dcterms:modified>
  <cp:category/>
</cp:coreProperties>
</file>