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36FF" w:rsidRDefault="0073083D">
      <w:pPr>
        <w:spacing w:after="220" w:line="247" w:lineRule="auto"/>
        <w:jc w:val="center"/>
      </w:pPr>
      <w:r>
        <w:rPr>
          <w:b/>
          <w:sz w:val="24"/>
        </w:rPr>
        <w:t>PŘÍLOHA Č. 5 – PROHLÁŠENÍ O PROKÁZÁNÍ ZÁKLADNÍ ZPŮSOBILOSTI (VZOR)</w:t>
      </w:r>
    </w:p>
    <w:p w:rsidR="003436FF" w:rsidRDefault="0073083D">
      <w:pPr>
        <w:spacing w:after="60" w:line="247" w:lineRule="auto"/>
        <w:jc w:val="center"/>
      </w:pPr>
      <w:r>
        <w:rPr>
          <w:sz w:val="20"/>
        </w:rPr>
        <w:t>v rozsahu požadovaném zadavatelem analogicky dle § 74 zákona č. 134/2016 Sb., o zadávání veřejných zakázek</w:t>
      </w:r>
    </w:p>
    <w:p w:rsidR="00391D58" w:rsidRDefault="00391D58">
      <w:pPr>
        <w:spacing w:after="60" w:line="247" w:lineRule="auto"/>
        <w:rPr>
          <w:b/>
          <w:sz w:val="20"/>
        </w:rPr>
      </w:pPr>
    </w:p>
    <w:p w:rsidR="003436FF" w:rsidRDefault="0073083D">
      <w:pPr>
        <w:spacing w:after="60" w:line="247" w:lineRule="auto"/>
      </w:pPr>
      <w:proofErr w:type="spellStart"/>
      <w:r>
        <w:rPr>
          <w:b/>
          <w:sz w:val="20"/>
        </w:rPr>
        <w:t>Obchodní</w:t>
      </w:r>
      <w:proofErr w:type="spellEnd"/>
      <w:r>
        <w:rPr>
          <w:b/>
          <w:sz w:val="20"/>
        </w:rPr>
        <w:t xml:space="preserve"> firma / </w:t>
      </w:r>
      <w:proofErr w:type="spellStart"/>
      <w:r>
        <w:rPr>
          <w:b/>
          <w:sz w:val="20"/>
        </w:rPr>
        <w:t>název</w:t>
      </w:r>
      <w:proofErr w:type="spellEnd"/>
      <w:r>
        <w:rPr>
          <w:b/>
          <w:sz w:val="20"/>
        </w:rPr>
        <w:t xml:space="preserve">: </w:t>
      </w:r>
      <w:r>
        <w:rPr>
          <w:sz w:val="20"/>
        </w:rPr>
        <w:t>…………………………………………………………………………</w:t>
      </w:r>
    </w:p>
    <w:p w:rsidR="003436FF" w:rsidRDefault="0073083D">
      <w:pPr>
        <w:spacing w:after="60" w:line="247" w:lineRule="auto"/>
      </w:pPr>
      <w:r>
        <w:rPr>
          <w:b/>
          <w:sz w:val="20"/>
        </w:rPr>
        <w:t xml:space="preserve">Sídlo: </w:t>
      </w:r>
      <w:r>
        <w:rPr>
          <w:sz w:val="20"/>
        </w:rPr>
        <w:t>…………………………………………………………………………</w:t>
      </w:r>
    </w:p>
    <w:p w:rsidR="003436FF" w:rsidRDefault="0073083D">
      <w:pPr>
        <w:spacing w:before="80" w:after="60" w:line="247" w:lineRule="auto"/>
      </w:pPr>
      <w:r>
        <w:rPr>
          <w:b/>
          <w:sz w:val="21"/>
        </w:rPr>
        <w:t>IČO: …………………………………………………………………………</w:t>
      </w:r>
    </w:p>
    <w:p w:rsidR="00391D58" w:rsidRDefault="00391D58">
      <w:pPr>
        <w:keepNext/>
        <w:spacing w:before="80" w:after="60" w:line="247" w:lineRule="auto"/>
        <w:rPr>
          <w:b/>
          <w:sz w:val="21"/>
        </w:rPr>
      </w:pPr>
    </w:p>
    <w:p w:rsidR="003436FF" w:rsidRDefault="0073083D">
      <w:pPr>
        <w:keepNext/>
        <w:spacing w:before="80" w:after="60" w:line="247" w:lineRule="auto"/>
      </w:pPr>
      <w:r>
        <w:rPr>
          <w:b/>
          <w:sz w:val="21"/>
        </w:rPr>
        <w:t>ČESTNĚ PROHLAŠUJI</w:t>
      </w:r>
    </w:p>
    <w:p w:rsidR="003436FF" w:rsidRDefault="0073083D">
      <w:pPr>
        <w:spacing w:after="60" w:line="247" w:lineRule="auto"/>
        <w:jc w:val="both"/>
      </w:pPr>
      <w:r>
        <w:rPr>
          <w:sz w:val="20"/>
        </w:rPr>
        <w:t xml:space="preserve">že účastník výběrového řízení na veřejnou zakázku malého rozsahu na stavební práce s názvem „PŘÍSTAVBA PŘÍSTŘEŠKU PRO SNĚHOVOU ROLBU“ splňuje základní způsobilost požadovanou </w:t>
      </w:r>
      <w:r>
        <w:rPr>
          <w:sz w:val="20"/>
        </w:rPr>
        <w:t>zadavatelem ve Výzvě k podání nabídek analogicky dle § 74 ZZVZ.</w:t>
      </w:r>
    </w:p>
    <w:p w:rsidR="00391D58" w:rsidRDefault="00391D58">
      <w:pPr>
        <w:spacing w:after="60" w:line="247" w:lineRule="auto"/>
        <w:rPr>
          <w:sz w:val="20"/>
        </w:rPr>
      </w:pPr>
    </w:p>
    <w:p w:rsidR="003436FF" w:rsidRDefault="0073083D">
      <w:pPr>
        <w:spacing w:after="60" w:line="247" w:lineRule="auto"/>
      </w:pPr>
      <w:proofErr w:type="spellStart"/>
      <w:r>
        <w:rPr>
          <w:sz w:val="20"/>
        </w:rPr>
        <w:t>Konkrétně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prohlašuji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že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účastník</w:t>
      </w:r>
      <w:proofErr w:type="spellEnd"/>
      <w:r>
        <w:rPr>
          <w:sz w:val="20"/>
        </w:rPr>
        <w:t>:</w:t>
      </w:r>
    </w:p>
    <w:p w:rsidR="003436FF" w:rsidRDefault="0073083D">
      <w:pPr>
        <w:spacing w:after="60" w:line="247" w:lineRule="auto"/>
        <w:ind w:left="198" w:hanging="198"/>
        <w:jc w:val="both"/>
      </w:pPr>
      <w:r>
        <w:rPr>
          <w:sz w:val="20"/>
        </w:rPr>
        <w:t>a) nebyl v zemi svého sídla v posledních 5 letech před zahájením výběrového řízení pravomocně odsouzen pro trestný čin uvedený v příloze č. 3 k ZZVZ nebo obd</w:t>
      </w:r>
      <w:r>
        <w:rPr>
          <w:sz w:val="20"/>
        </w:rPr>
        <w:t>obný trestný čin podle právního řádu země sídla účastníka; k zahlazeným odsouzením se nepřihlíží,</w:t>
      </w:r>
    </w:p>
    <w:p w:rsidR="003436FF" w:rsidRDefault="0073083D">
      <w:pPr>
        <w:spacing w:after="60" w:line="247" w:lineRule="auto"/>
        <w:ind w:left="198" w:hanging="198"/>
        <w:jc w:val="both"/>
      </w:pPr>
      <w:r>
        <w:rPr>
          <w:sz w:val="20"/>
        </w:rPr>
        <w:t>b) nemá v České republice nebo v zemi svého sídla v evidenci daní zachycen splatný daňový nedoplatek,</w:t>
      </w:r>
    </w:p>
    <w:p w:rsidR="003436FF" w:rsidRDefault="0073083D">
      <w:pPr>
        <w:spacing w:after="60" w:line="247" w:lineRule="auto"/>
        <w:ind w:left="198" w:hanging="198"/>
        <w:jc w:val="both"/>
      </w:pPr>
      <w:r>
        <w:rPr>
          <w:sz w:val="20"/>
        </w:rPr>
        <w:t>c) nemá v České republice nebo v zemi svého sídla splatn</w:t>
      </w:r>
      <w:r>
        <w:rPr>
          <w:sz w:val="20"/>
        </w:rPr>
        <w:t>ý nedoplatek na pojistném nebo na penále na veřejné zdravotní pojištění,</w:t>
      </w:r>
    </w:p>
    <w:p w:rsidR="003436FF" w:rsidRDefault="0073083D">
      <w:pPr>
        <w:spacing w:after="60" w:line="247" w:lineRule="auto"/>
        <w:ind w:left="198" w:hanging="198"/>
        <w:jc w:val="both"/>
      </w:pPr>
      <w:r>
        <w:rPr>
          <w:sz w:val="20"/>
        </w:rPr>
        <w:t>d) nemá v České republice nebo v zemi svého sídla splatný nedoplatek na pojistném nebo na penále na sociální zabezpečení a příspěvku na státní politiku zaměstnanosti,</w:t>
      </w:r>
    </w:p>
    <w:p w:rsidR="003436FF" w:rsidRDefault="0073083D">
      <w:pPr>
        <w:spacing w:after="60" w:line="247" w:lineRule="auto"/>
        <w:ind w:left="198" w:hanging="198"/>
        <w:jc w:val="both"/>
      </w:pPr>
      <w:r>
        <w:rPr>
          <w:sz w:val="20"/>
        </w:rPr>
        <w:t>e) není v likvid</w:t>
      </w:r>
      <w:r>
        <w:rPr>
          <w:sz w:val="20"/>
        </w:rPr>
        <w:t>aci, nebylo proti němu vydáno rozhodnutí o úpadku, nebyla vůči němu nařízena nucená správa podle jiného právního předpisu ani není v obdobné situaci podle právního řádu země sídla účastníka.</w:t>
      </w:r>
    </w:p>
    <w:p w:rsidR="003436FF" w:rsidRDefault="0073083D">
      <w:pPr>
        <w:spacing w:after="60" w:line="247" w:lineRule="auto"/>
        <w:jc w:val="both"/>
      </w:pPr>
      <w:r>
        <w:rPr>
          <w:sz w:val="20"/>
        </w:rPr>
        <w:t>Je-li účastníkem právnická osoba, účastník dále prohlašuje, že po</w:t>
      </w:r>
      <w:r>
        <w:rPr>
          <w:sz w:val="20"/>
        </w:rPr>
        <w:t>dmínku uvedenou pod písm. a) splňuje tato právnická osoba a každý člen jejího statutárního orgánu.</w:t>
      </w:r>
    </w:p>
    <w:p w:rsidR="003436FF" w:rsidRDefault="0073083D">
      <w:pPr>
        <w:spacing w:after="60" w:line="247" w:lineRule="auto"/>
        <w:jc w:val="both"/>
      </w:pPr>
      <w:r>
        <w:rPr>
          <w:sz w:val="20"/>
        </w:rPr>
        <w:t>Je-li členem statutárního orgánu účastníka právnická osoba, účastník dále prohlašuje, že podmínku uvedenou pod písm. a) splňuje tato právnická osoba, každý č</w:t>
      </w:r>
      <w:r>
        <w:rPr>
          <w:sz w:val="20"/>
        </w:rPr>
        <w:t>len jejího statutárního orgánu a osoba zastupující tuto právnickou osobu v statutárním orgánu účastníka.</w:t>
      </w:r>
    </w:p>
    <w:p w:rsidR="003436FF" w:rsidRDefault="0073083D">
      <w:pPr>
        <w:spacing w:after="60" w:line="247" w:lineRule="auto"/>
        <w:jc w:val="both"/>
      </w:pPr>
      <w:r>
        <w:rPr>
          <w:sz w:val="20"/>
        </w:rPr>
        <w:t>Účastní-li se výběrového řízení pobočka závodu zahraniční právnické osoby, účastník prohlašuje, že podmínku uvedenou pod písm. a) splňuje tato právnick</w:t>
      </w:r>
      <w:r>
        <w:rPr>
          <w:sz w:val="20"/>
        </w:rPr>
        <w:t>á osoba a vedoucí pobočky závodu. Účastní-li se výběrového řízení pobočka závodu české právnické osoby, účastník prohlašuje, že podmínku uvedenou pod písm. a) splňují osoby uvedené výše a vedoucí pobočky závodu.</w:t>
      </w:r>
    </w:p>
    <w:p w:rsidR="00391D58" w:rsidRDefault="00391D58">
      <w:pPr>
        <w:spacing w:after="60" w:line="247" w:lineRule="auto"/>
        <w:rPr>
          <w:b/>
          <w:sz w:val="20"/>
        </w:rPr>
      </w:pPr>
    </w:p>
    <w:p w:rsidR="00391D58" w:rsidRDefault="00391D58">
      <w:pPr>
        <w:spacing w:after="60" w:line="247" w:lineRule="auto"/>
        <w:rPr>
          <w:b/>
          <w:sz w:val="20"/>
        </w:rPr>
      </w:pPr>
    </w:p>
    <w:p w:rsidR="003436FF" w:rsidRDefault="0073083D">
      <w:pPr>
        <w:spacing w:after="60" w:line="247" w:lineRule="auto"/>
      </w:pPr>
      <w:r>
        <w:rPr>
          <w:b/>
          <w:sz w:val="20"/>
        </w:rPr>
        <w:t xml:space="preserve">V ………………………………… </w:t>
      </w:r>
      <w:proofErr w:type="spellStart"/>
      <w:r>
        <w:rPr>
          <w:b/>
          <w:sz w:val="20"/>
        </w:rPr>
        <w:t>dne</w:t>
      </w:r>
      <w:proofErr w:type="spellEnd"/>
      <w:r>
        <w:rPr>
          <w:b/>
          <w:sz w:val="20"/>
        </w:rPr>
        <w:t xml:space="preserve"> </w:t>
      </w:r>
      <w:r>
        <w:rPr>
          <w:sz w:val="20"/>
        </w:rPr>
        <w:t>…………………………………</w:t>
      </w:r>
    </w:p>
    <w:p w:rsidR="00391D58" w:rsidRDefault="00391D58">
      <w:pPr>
        <w:spacing w:after="60" w:line="247" w:lineRule="auto"/>
        <w:rPr>
          <w:b/>
          <w:sz w:val="20"/>
        </w:rPr>
      </w:pPr>
    </w:p>
    <w:p w:rsidR="00391D58" w:rsidRDefault="0073083D">
      <w:pPr>
        <w:spacing w:after="60" w:line="247" w:lineRule="auto"/>
        <w:rPr>
          <w:b/>
          <w:sz w:val="20"/>
        </w:rPr>
      </w:pPr>
      <w:proofErr w:type="spellStart"/>
      <w:r>
        <w:rPr>
          <w:b/>
          <w:sz w:val="20"/>
        </w:rPr>
        <w:t>Titul</w:t>
      </w:r>
      <w:proofErr w:type="spellEnd"/>
      <w:r>
        <w:rPr>
          <w:b/>
          <w:sz w:val="20"/>
        </w:rPr>
        <w:t xml:space="preserve">, </w:t>
      </w:r>
      <w:proofErr w:type="spellStart"/>
      <w:r>
        <w:rPr>
          <w:b/>
          <w:sz w:val="20"/>
        </w:rPr>
        <w:t>jmé</w:t>
      </w:r>
      <w:r>
        <w:rPr>
          <w:b/>
          <w:sz w:val="20"/>
        </w:rPr>
        <w:t>no</w:t>
      </w:r>
      <w:proofErr w:type="spellEnd"/>
      <w:r>
        <w:rPr>
          <w:b/>
          <w:sz w:val="20"/>
        </w:rPr>
        <w:t xml:space="preserve"> a </w:t>
      </w:r>
      <w:proofErr w:type="spellStart"/>
      <w:r>
        <w:rPr>
          <w:b/>
          <w:sz w:val="20"/>
        </w:rPr>
        <w:t>příjmení</w:t>
      </w:r>
      <w:proofErr w:type="spellEnd"/>
      <w:r>
        <w:rPr>
          <w:b/>
          <w:sz w:val="20"/>
        </w:rPr>
        <w:t xml:space="preserve"> osoby oprávněné jednat za účastníka: </w:t>
      </w:r>
    </w:p>
    <w:p w:rsidR="00391D58" w:rsidRDefault="00391D58">
      <w:pPr>
        <w:spacing w:after="60" w:line="247" w:lineRule="auto"/>
        <w:rPr>
          <w:b/>
          <w:sz w:val="20"/>
        </w:rPr>
      </w:pPr>
    </w:p>
    <w:p w:rsidR="003436FF" w:rsidRDefault="0073083D">
      <w:pPr>
        <w:spacing w:after="60" w:line="247" w:lineRule="auto"/>
      </w:pPr>
      <w:r>
        <w:rPr>
          <w:sz w:val="20"/>
        </w:rPr>
        <w:t>………………………………………………………………………</w:t>
      </w:r>
      <w:r w:rsidR="00391D58">
        <w:rPr>
          <w:sz w:val="20"/>
        </w:rPr>
        <w:t>.........................................</w:t>
      </w:r>
      <w:r>
        <w:rPr>
          <w:sz w:val="20"/>
        </w:rPr>
        <w:t>…</w:t>
      </w:r>
    </w:p>
    <w:p w:rsidR="00391D58" w:rsidRDefault="00391D58">
      <w:pPr>
        <w:spacing w:after="60" w:line="247" w:lineRule="auto"/>
        <w:rPr>
          <w:b/>
          <w:sz w:val="20"/>
        </w:rPr>
      </w:pPr>
    </w:p>
    <w:p w:rsidR="003436FF" w:rsidRDefault="0073083D">
      <w:pPr>
        <w:spacing w:after="60" w:line="247" w:lineRule="auto"/>
      </w:pPr>
      <w:proofErr w:type="spellStart"/>
      <w:r>
        <w:rPr>
          <w:b/>
          <w:sz w:val="20"/>
        </w:rPr>
        <w:t>Funkce</w:t>
      </w:r>
      <w:proofErr w:type="spellEnd"/>
      <w:r>
        <w:rPr>
          <w:b/>
          <w:sz w:val="20"/>
        </w:rPr>
        <w:t xml:space="preserve">: </w:t>
      </w:r>
      <w:r>
        <w:rPr>
          <w:sz w:val="20"/>
        </w:rPr>
        <w:t>…………………………………………………………………………</w:t>
      </w:r>
    </w:p>
    <w:p w:rsidR="00391D58" w:rsidRDefault="00391D58">
      <w:pPr>
        <w:spacing w:after="60" w:line="247" w:lineRule="auto"/>
        <w:rPr>
          <w:b/>
          <w:sz w:val="20"/>
        </w:rPr>
      </w:pPr>
    </w:p>
    <w:p w:rsidR="003436FF" w:rsidRDefault="0073083D">
      <w:pPr>
        <w:spacing w:after="60" w:line="247" w:lineRule="auto"/>
      </w:pPr>
      <w:proofErr w:type="spellStart"/>
      <w:r>
        <w:rPr>
          <w:b/>
          <w:sz w:val="20"/>
        </w:rPr>
        <w:t>Podpis</w:t>
      </w:r>
      <w:proofErr w:type="spellEnd"/>
      <w:r>
        <w:rPr>
          <w:b/>
          <w:sz w:val="20"/>
        </w:rPr>
        <w:t xml:space="preserve">: </w:t>
      </w:r>
      <w:r>
        <w:rPr>
          <w:sz w:val="20"/>
        </w:rPr>
        <w:t>…………………………………………………………………………</w:t>
      </w:r>
    </w:p>
    <w:sectPr w:rsidR="003436FF" w:rsidSect="00034616">
      <w:footerReference w:type="default" r:id="rId8"/>
      <w:pgSz w:w="12240" w:h="15840"/>
      <w:pgMar w:top="1077" w:right="1134" w:bottom="1020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083D" w:rsidRDefault="0073083D" w:rsidP="003436FF">
      <w:pPr>
        <w:spacing w:after="0" w:line="240" w:lineRule="auto"/>
      </w:pPr>
      <w:r>
        <w:separator/>
      </w:r>
    </w:p>
  </w:endnote>
  <w:endnote w:type="continuationSeparator" w:id="0">
    <w:p w:rsidR="0073083D" w:rsidRDefault="0073083D" w:rsidP="003436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ＭＳ 明朝">
    <w:charset w:val="00"/>
    <w:family w:val="auto"/>
    <w:pitch w:val="variable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ＭＳ ゴシック">
    <w:charset w:val="00"/>
    <w:family w:val="auto"/>
    <w:pitch w:val="variable"/>
    <w:sig w:usb0="00000000" w:usb1="00000000" w:usb2="00000000" w:usb3="00000000" w:csb0="0000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6FF" w:rsidRDefault="003436FF">
    <w:pPr>
      <w:pStyle w:val="Zpat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083D" w:rsidRDefault="0073083D" w:rsidP="003436FF">
      <w:pPr>
        <w:spacing w:after="0" w:line="240" w:lineRule="auto"/>
      </w:pPr>
      <w:r>
        <w:separator/>
      </w:r>
    </w:p>
  </w:footnote>
  <w:footnote w:type="continuationSeparator" w:id="0">
    <w:p w:rsidR="0073083D" w:rsidRDefault="0073083D" w:rsidP="003436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47730"/>
    <w:rsid w:val="00034616"/>
    <w:rsid w:val="0006063C"/>
    <w:rsid w:val="0015074B"/>
    <w:rsid w:val="0029639D"/>
    <w:rsid w:val="00326F90"/>
    <w:rsid w:val="003436FF"/>
    <w:rsid w:val="00391D58"/>
    <w:rsid w:val="0073083D"/>
    <w:rsid w:val="00AA1D8D"/>
    <w:rsid w:val="00B47730"/>
    <w:rsid w:val="00CB0664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C693F"/>
    <w:pPr>
      <w:spacing w:after="104" w:line="254" w:lineRule="auto"/>
    </w:pPr>
    <w:rPr>
      <w:rFonts w:ascii="Times New Roman" w:eastAsia="Times New Roman" w:hAnsi="Times New Roman"/>
      <w:sz w:val="19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"/>
    <w:next w:val="Normln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ace">
    <w:name w:val="Quote"/>
    <w:basedOn w:val="Normln"/>
    <w:next w:val="Normln"/>
    <w:link w:val="CitaceChar"/>
    <w:uiPriority w:val="29"/>
    <w:qFormat/>
    <w:rsid w:val="00FC693F"/>
    <w:rPr>
      <w:i/>
      <w:iCs/>
      <w:color w:val="000000" w:themeColor="text1"/>
    </w:rPr>
  </w:style>
  <w:style w:type="character" w:customStyle="1" w:styleId="CitaceChar">
    <w:name w:val="Citace Char"/>
    <w:basedOn w:val="Standardnpsmoodstavce"/>
    <w:link w:val="Citace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vraznn">
    <w:name w:val="Emphasis"/>
    <w:basedOn w:val="Standardnpsmoodstavce"/>
    <w:uiPriority w:val="20"/>
    <w:qFormat/>
    <w:rsid w:val="00FC693F"/>
    <w:rPr>
      <w:i/>
      <w:iCs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423687A-2100-482A-AAF9-FA4EDCB785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360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2483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Vlada</cp:lastModifiedBy>
  <cp:revision>2</cp:revision>
  <dcterms:created xsi:type="dcterms:W3CDTF">2026-09-03T16:48:00Z</dcterms:created>
  <dcterms:modified xsi:type="dcterms:W3CDTF">2026-09-03T16:48:00Z</dcterms:modified>
</cp:coreProperties>
</file>