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7EFE2" w14:textId="77777777" w:rsidR="00FE5022" w:rsidRDefault="00B276BB">
      <w:pPr>
        <w:jc w:val="center"/>
      </w:pPr>
      <w:r>
        <w:rPr>
          <w:b/>
          <w:color w:val="1F4E79"/>
          <w:sz w:val="36"/>
        </w:rPr>
        <w:t>PŘÍLOHA P14 - SEZNAM REFERENČNÍCH DODÁVEK</w:t>
      </w:r>
    </w:p>
    <w:p w14:paraId="5BBA9953" w14:textId="77777777" w:rsidR="00FE5022" w:rsidRDefault="00B276BB">
      <w:pPr>
        <w:jc w:val="center"/>
      </w:pPr>
      <w:proofErr w:type="spellStart"/>
      <w:r>
        <w:rPr>
          <w:b/>
          <w:sz w:val="24"/>
        </w:rPr>
        <w:t>Inovovaná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plnicí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linka</w:t>
      </w:r>
      <w:proofErr w:type="spellEnd"/>
      <w:r>
        <w:rPr>
          <w:b/>
          <w:sz w:val="24"/>
        </w:rPr>
        <w:t xml:space="preserve"> pro </w:t>
      </w:r>
      <w:proofErr w:type="spellStart"/>
      <w:r>
        <w:rPr>
          <w:b/>
          <w:sz w:val="24"/>
        </w:rPr>
        <w:t>fermentované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mléčné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výrobky</w:t>
      </w:r>
      <w:proofErr w:type="spellEnd"/>
    </w:p>
    <w:p w14:paraId="2098F878" w14:textId="77777777" w:rsidR="00FE5022" w:rsidRDefault="00FE5022">
      <w:pPr>
        <w:pBdr>
          <w:bottom w:val="single" w:sz="8" w:space="1" w:color="1F4E79"/>
        </w:pBdr>
        <w:spacing w:after="80"/>
      </w:pPr>
    </w:p>
    <w:p w14:paraId="2780DBFA" w14:textId="77777777" w:rsidR="00FE5022" w:rsidRDefault="00B276BB">
      <w:pPr>
        <w:pStyle w:val="Nadpis1"/>
        <w:spacing w:before="160" w:after="80"/>
      </w:pPr>
      <w:proofErr w:type="spellStart"/>
      <w:r>
        <w:t>Požadavek</w:t>
      </w:r>
      <w:proofErr w:type="spellEnd"/>
      <w:r>
        <w:t xml:space="preserve"> </w:t>
      </w:r>
      <w:proofErr w:type="spellStart"/>
      <w:r>
        <w:t>zadavatele</w:t>
      </w:r>
      <w:proofErr w:type="spellEnd"/>
    </w:p>
    <w:p w14:paraId="1583CB22" w14:textId="2634D606" w:rsidR="00FE5022" w:rsidRDefault="00B276BB">
      <w:proofErr w:type="spellStart"/>
      <w:r>
        <w:rPr>
          <w:b/>
        </w:rPr>
        <w:t>Účastník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musí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prokázat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alespoň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jednu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řádně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dokončenou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referenční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dodávku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instalaci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obdobného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typu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automatické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plnicí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linky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určené</w:t>
      </w:r>
      <w:proofErr w:type="spellEnd"/>
      <w:r>
        <w:rPr>
          <w:b/>
        </w:rPr>
        <w:t xml:space="preserve"> pro </w:t>
      </w:r>
      <w:proofErr w:type="spellStart"/>
      <w:r>
        <w:rPr>
          <w:b/>
        </w:rPr>
        <w:t>tekuté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fermentované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mléčné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výrobky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posledních</w:t>
      </w:r>
      <w:proofErr w:type="spellEnd"/>
      <w:r>
        <w:rPr>
          <w:b/>
        </w:rPr>
        <w:t xml:space="preserve"> 5 let</w:t>
      </w:r>
      <w:r w:rsidR="00685D2B">
        <w:rPr>
          <w:b/>
        </w:rPr>
        <w:t xml:space="preserve"> (</w:t>
      </w:r>
      <w:proofErr w:type="spellStart"/>
      <w:r w:rsidR="00685D2B">
        <w:t>delší</w:t>
      </w:r>
      <w:proofErr w:type="spellEnd"/>
      <w:r w:rsidR="00685D2B">
        <w:t xml:space="preserve"> </w:t>
      </w:r>
      <w:proofErr w:type="spellStart"/>
      <w:r w:rsidR="00685D2B">
        <w:t>období</w:t>
      </w:r>
      <w:proofErr w:type="spellEnd"/>
      <w:r w:rsidR="00685D2B">
        <w:t xml:space="preserve"> je </w:t>
      </w:r>
      <w:proofErr w:type="spellStart"/>
      <w:r w:rsidR="00685D2B">
        <w:t>nezbytné</w:t>
      </w:r>
      <w:proofErr w:type="spellEnd"/>
      <w:r w:rsidR="00685D2B">
        <w:t xml:space="preserve"> pro </w:t>
      </w:r>
      <w:proofErr w:type="spellStart"/>
      <w:r w:rsidR="00685D2B">
        <w:t>zajištění</w:t>
      </w:r>
      <w:proofErr w:type="spellEnd"/>
      <w:r w:rsidR="00685D2B">
        <w:t xml:space="preserve"> </w:t>
      </w:r>
      <w:proofErr w:type="spellStart"/>
      <w:r w:rsidR="00685D2B">
        <w:t>přiměřené</w:t>
      </w:r>
      <w:proofErr w:type="spellEnd"/>
      <w:r w:rsidR="00685D2B">
        <w:t xml:space="preserve"> </w:t>
      </w:r>
      <w:proofErr w:type="spellStart"/>
      <w:r w:rsidR="00685D2B">
        <w:t>úrovně</w:t>
      </w:r>
      <w:proofErr w:type="spellEnd"/>
      <w:r w:rsidR="00685D2B">
        <w:t xml:space="preserve"> </w:t>
      </w:r>
      <w:proofErr w:type="spellStart"/>
      <w:r w:rsidR="00685D2B">
        <w:t>hospodářské</w:t>
      </w:r>
      <w:proofErr w:type="spellEnd"/>
      <w:r w:rsidR="00685D2B">
        <w:t xml:space="preserve"> </w:t>
      </w:r>
      <w:proofErr w:type="spellStart"/>
      <w:r w:rsidR="00685D2B">
        <w:t>soutěže</w:t>
      </w:r>
      <w:proofErr w:type="spellEnd"/>
      <w:r w:rsidR="00685D2B">
        <w:t xml:space="preserve"> </w:t>
      </w:r>
      <w:proofErr w:type="spellStart"/>
      <w:r w:rsidR="00685D2B">
        <w:t>vzhledem</w:t>
      </w:r>
      <w:proofErr w:type="spellEnd"/>
      <w:r w:rsidR="00685D2B">
        <w:t xml:space="preserve"> </w:t>
      </w:r>
      <w:proofErr w:type="spellStart"/>
      <w:r w:rsidR="00685D2B">
        <w:t>ke</w:t>
      </w:r>
      <w:proofErr w:type="spellEnd"/>
      <w:r w:rsidR="00685D2B">
        <w:t xml:space="preserve"> </w:t>
      </w:r>
      <w:proofErr w:type="spellStart"/>
      <w:r w:rsidR="00685D2B">
        <w:t>specializovanosti</w:t>
      </w:r>
      <w:proofErr w:type="spellEnd"/>
      <w:r w:rsidR="00685D2B">
        <w:t xml:space="preserve"> a </w:t>
      </w:r>
      <w:proofErr w:type="spellStart"/>
      <w:r w:rsidR="00685D2B">
        <w:t>nízké</w:t>
      </w:r>
      <w:proofErr w:type="spellEnd"/>
      <w:r w:rsidR="00685D2B">
        <w:t xml:space="preserve"> </w:t>
      </w:r>
      <w:proofErr w:type="spellStart"/>
      <w:r w:rsidR="00685D2B">
        <w:t>četnosti</w:t>
      </w:r>
      <w:proofErr w:type="spellEnd"/>
      <w:r w:rsidR="00685D2B">
        <w:t xml:space="preserve"> </w:t>
      </w:r>
      <w:proofErr w:type="spellStart"/>
      <w:r w:rsidR="00685D2B">
        <w:t>realizace</w:t>
      </w:r>
      <w:proofErr w:type="spellEnd"/>
      <w:r w:rsidR="00685D2B">
        <w:t xml:space="preserve"> </w:t>
      </w:r>
      <w:proofErr w:type="spellStart"/>
      <w:r w:rsidR="00685D2B">
        <w:t>těchto</w:t>
      </w:r>
      <w:proofErr w:type="spellEnd"/>
      <w:r w:rsidR="00685D2B">
        <w:t xml:space="preserve"> </w:t>
      </w:r>
      <w:proofErr w:type="spellStart"/>
      <w:r w:rsidR="00685D2B">
        <w:t>linek</w:t>
      </w:r>
      <w:proofErr w:type="spellEnd"/>
      <w:r w:rsidR="00685D2B">
        <w:t>.</w:t>
      </w:r>
      <w:r w:rsidR="00685D2B">
        <w:t>)</w:t>
      </w:r>
      <w:r>
        <w:rPr>
          <w:b/>
        </w:rPr>
        <w:t xml:space="preserve">. </w:t>
      </w:r>
      <w:proofErr w:type="spellStart"/>
      <w:r>
        <w:rPr>
          <w:b/>
        </w:rPr>
        <w:t>Referenční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linka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musí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prokazatelně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dosahovat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plnění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lahví</w:t>
      </w:r>
      <w:proofErr w:type="spellEnd"/>
      <w:r>
        <w:rPr>
          <w:b/>
        </w:rPr>
        <w:t xml:space="preserve"> o </w:t>
      </w:r>
      <w:proofErr w:type="spellStart"/>
      <w:r>
        <w:rPr>
          <w:b/>
        </w:rPr>
        <w:t>jmenovitém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objemu</w:t>
      </w:r>
      <w:proofErr w:type="spellEnd"/>
      <w:r>
        <w:rPr>
          <w:b/>
        </w:rPr>
        <w:t xml:space="preserve"> 1,0 l </w:t>
      </w:r>
      <w:proofErr w:type="spellStart"/>
      <w:r>
        <w:rPr>
          <w:b/>
        </w:rPr>
        <w:t>výkonu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nejméně</w:t>
      </w:r>
      <w:proofErr w:type="spellEnd"/>
      <w:r>
        <w:rPr>
          <w:b/>
        </w:rPr>
        <w:t xml:space="preserve"> </w:t>
      </w:r>
      <w:r w:rsidR="00E6652B">
        <w:rPr>
          <w:b/>
        </w:rPr>
        <w:t>3 800</w:t>
      </w:r>
      <w:r>
        <w:rPr>
          <w:b/>
        </w:rPr>
        <w:t xml:space="preserve"> </w:t>
      </w:r>
      <w:proofErr w:type="spellStart"/>
      <w:r>
        <w:rPr>
          <w:b/>
        </w:rPr>
        <w:t>lahví</w:t>
      </w:r>
      <w:proofErr w:type="spellEnd"/>
      <w:r>
        <w:rPr>
          <w:b/>
        </w:rPr>
        <w:t xml:space="preserve"> za </w:t>
      </w:r>
      <w:proofErr w:type="spellStart"/>
      <w:r>
        <w:rPr>
          <w:b/>
        </w:rPr>
        <w:t>hodinu</w:t>
      </w:r>
      <w:proofErr w:type="spellEnd"/>
      <w:r>
        <w:rPr>
          <w:b/>
        </w:rPr>
        <w:t xml:space="preserve">. Reference </w:t>
      </w:r>
      <w:proofErr w:type="spellStart"/>
      <w:r>
        <w:rPr>
          <w:b/>
        </w:rPr>
        <w:t>musí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zahrnovat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alespoň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dodání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technologie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její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instalaci</w:t>
      </w:r>
      <w:proofErr w:type="spellEnd"/>
      <w:r>
        <w:rPr>
          <w:b/>
        </w:rPr>
        <w:t xml:space="preserve"> a </w:t>
      </w:r>
      <w:proofErr w:type="spellStart"/>
      <w:r>
        <w:rPr>
          <w:b/>
        </w:rPr>
        <w:t>uvedení</w:t>
      </w:r>
      <w:proofErr w:type="spellEnd"/>
      <w:r>
        <w:rPr>
          <w:b/>
        </w:rPr>
        <w:t xml:space="preserve"> do </w:t>
      </w:r>
      <w:proofErr w:type="spellStart"/>
      <w:r>
        <w:rPr>
          <w:b/>
        </w:rPr>
        <w:t>provozu</w:t>
      </w:r>
      <w:proofErr w:type="spellEnd"/>
      <w:r>
        <w:rPr>
          <w:b/>
        </w:rPr>
        <w:t>.</w:t>
      </w:r>
    </w:p>
    <w:p w14:paraId="7C148B80" w14:textId="77777777" w:rsidR="00FE5022" w:rsidRDefault="00B276BB">
      <w:proofErr w:type="spellStart"/>
      <w:r>
        <w:t>Zadavatel</w:t>
      </w:r>
      <w:proofErr w:type="spellEnd"/>
      <w:r>
        <w:t xml:space="preserve"> je </w:t>
      </w:r>
      <w:proofErr w:type="spellStart"/>
      <w:r>
        <w:t>oprávněn</w:t>
      </w:r>
      <w:proofErr w:type="spellEnd"/>
      <w:r>
        <w:t xml:space="preserve"> </w:t>
      </w:r>
      <w:proofErr w:type="spellStart"/>
      <w:r>
        <w:t>uvedené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ověřit</w:t>
      </w:r>
      <w:proofErr w:type="spellEnd"/>
      <w:r>
        <w:t xml:space="preserve"> u </w:t>
      </w:r>
      <w:proofErr w:type="spellStart"/>
      <w:r>
        <w:t>zákazníka</w:t>
      </w:r>
      <w:proofErr w:type="spellEnd"/>
      <w:r>
        <w:t xml:space="preserve">.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nelze</w:t>
      </w:r>
      <w:proofErr w:type="spellEnd"/>
      <w:r>
        <w:t xml:space="preserve"> </w:t>
      </w:r>
      <w:proofErr w:type="spellStart"/>
      <w:r>
        <w:t>výkon</w:t>
      </w:r>
      <w:proofErr w:type="spellEnd"/>
      <w:r>
        <w:t xml:space="preserve"> </w:t>
      </w:r>
      <w:proofErr w:type="spellStart"/>
      <w:r>
        <w:t>přímo</w:t>
      </w:r>
      <w:proofErr w:type="spellEnd"/>
      <w:r>
        <w:t xml:space="preserve"> z </w:t>
      </w:r>
      <w:proofErr w:type="spellStart"/>
      <w:r>
        <w:t>potvrzení</w:t>
      </w:r>
      <w:proofErr w:type="spellEnd"/>
      <w:r>
        <w:t xml:space="preserve"> </w:t>
      </w:r>
      <w:proofErr w:type="spellStart"/>
      <w:r>
        <w:t>zákazníka</w:t>
      </w:r>
      <w:proofErr w:type="spellEnd"/>
      <w:r>
        <w:t xml:space="preserve"> </w:t>
      </w:r>
      <w:proofErr w:type="spellStart"/>
      <w:r>
        <w:t>zjistit</w:t>
      </w:r>
      <w:proofErr w:type="spellEnd"/>
      <w:r>
        <w:t xml:space="preserve">, </w:t>
      </w:r>
      <w:proofErr w:type="spellStart"/>
      <w:r>
        <w:t>účastník</w:t>
      </w:r>
      <w:proofErr w:type="spellEnd"/>
      <w:r>
        <w:t xml:space="preserve"> </w:t>
      </w:r>
      <w:proofErr w:type="spellStart"/>
      <w:r>
        <w:t>přiloží</w:t>
      </w:r>
      <w:proofErr w:type="spellEnd"/>
      <w:r>
        <w:t xml:space="preserve"> </w:t>
      </w:r>
      <w:proofErr w:type="spellStart"/>
      <w:r>
        <w:t>technický</w:t>
      </w:r>
      <w:proofErr w:type="spellEnd"/>
      <w:r>
        <w:t xml:space="preserve"> list, </w:t>
      </w:r>
      <w:proofErr w:type="spellStart"/>
      <w:r>
        <w:t>předávací</w:t>
      </w:r>
      <w:proofErr w:type="spellEnd"/>
      <w:r>
        <w:t xml:space="preserve">/SAT </w:t>
      </w:r>
      <w:proofErr w:type="spellStart"/>
      <w:r>
        <w:t>protokol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jiný</w:t>
      </w:r>
      <w:proofErr w:type="spellEnd"/>
      <w:r>
        <w:t xml:space="preserve"> </w:t>
      </w:r>
      <w:proofErr w:type="spellStart"/>
      <w:r>
        <w:t>věrohodný</w:t>
      </w:r>
      <w:proofErr w:type="spellEnd"/>
      <w:r>
        <w:t xml:space="preserve"> </w:t>
      </w:r>
      <w:proofErr w:type="spellStart"/>
      <w:r>
        <w:t>doklad</w:t>
      </w:r>
      <w:proofErr w:type="spellEnd"/>
      <w:r>
        <w:t xml:space="preserve">, z </w:t>
      </w:r>
      <w:proofErr w:type="spellStart"/>
      <w:r>
        <w:t>něhož</w:t>
      </w:r>
      <w:proofErr w:type="spellEnd"/>
      <w:r>
        <w:t xml:space="preserve"> </w:t>
      </w:r>
      <w:proofErr w:type="spellStart"/>
      <w:r>
        <w:t>parametr</w:t>
      </w:r>
      <w:proofErr w:type="spellEnd"/>
      <w:r>
        <w:t xml:space="preserve"> </w:t>
      </w:r>
      <w:proofErr w:type="spellStart"/>
      <w:r>
        <w:t>vyplývá</w:t>
      </w:r>
      <w:proofErr w:type="spellEnd"/>
      <w:r>
        <w:t>.</w:t>
      </w:r>
    </w:p>
    <w:p w14:paraId="3B389786" w14:textId="77777777" w:rsidR="00FE5022" w:rsidRDefault="00B276BB">
      <w:pPr>
        <w:pStyle w:val="Nadpis2"/>
        <w:spacing w:before="100" w:after="60"/>
      </w:pPr>
      <w:r>
        <w:t xml:space="preserve">Reference č. 1 - </w:t>
      </w:r>
      <w:proofErr w:type="spellStart"/>
      <w:r>
        <w:t>povinná</w:t>
      </w:r>
      <w:proofErr w:type="spellEnd"/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258"/>
        <w:gridCol w:w="6625"/>
      </w:tblGrid>
      <w:tr w:rsidR="00FE5022" w14:paraId="7F62EDFC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19CA6C" w14:textId="77777777" w:rsidR="00FE5022" w:rsidRDefault="00B276BB">
            <w:proofErr w:type="spellStart"/>
            <w:r>
              <w:rPr>
                <w:b/>
                <w:sz w:val="18"/>
              </w:rPr>
              <w:t>Zákazník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objednatel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774370" w14:textId="77777777" w:rsidR="00FE5022" w:rsidRDefault="00FE5022"/>
        </w:tc>
      </w:tr>
      <w:tr w:rsidR="00FE5022" w14:paraId="286A5403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50D5A2" w14:textId="77777777" w:rsidR="00FE5022" w:rsidRDefault="00B276BB">
            <w:proofErr w:type="spellStart"/>
            <w:r>
              <w:rPr>
                <w:b/>
                <w:sz w:val="18"/>
              </w:rPr>
              <w:t>Země</w:t>
            </w:r>
            <w:proofErr w:type="spellEnd"/>
            <w:r>
              <w:rPr>
                <w:b/>
                <w:sz w:val="18"/>
              </w:rPr>
              <w:t xml:space="preserve"> a </w:t>
            </w:r>
            <w:proofErr w:type="spellStart"/>
            <w:r>
              <w:rPr>
                <w:b/>
                <w:sz w:val="18"/>
              </w:rPr>
              <w:t>místo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realizace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206FB5" w14:textId="77777777" w:rsidR="00FE5022" w:rsidRDefault="00FE5022"/>
        </w:tc>
      </w:tr>
      <w:tr w:rsidR="00FE5022" w14:paraId="33E27EA5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25C817" w14:textId="77777777" w:rsidR="00FE5022" w:rsidRDefault="00B276BB">
            <w:proofErr w:type="spellStart"/>
            <w:r>
              <w:rPr>
                <w:b/>
                <w:sz w:val="18"/>
              </w:rPr>
              <w:t>Rok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uvedení</w:t>
            </w:r>
            <w:proofErr w:type="spellEnd"/>
            <w:r>
              <w:rPr>
                <w:b/>
                <w:sz w:val="18"/>
              </w:rPr>
              <w:t xml:space="preserve"> do </w:t>
            </w:r>
            <w:proofErr w:type="spellStart"/>
            <w:r>
              <w:rPr>
                <w:b/>
                <w:sz w:val="18"/>
              </w:rPr>
              <w:t>provozu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79DB65" w14:textId="77777777" w:rsidR="00FE5022" w:rsidRDefault="00FE5022"/>
        </w:tc>
      </w:tr>
      <w:tr w:rsidR="00FE5022" w14:paraId="006E5263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214853" w14:textId="77777777" w:rsidR="00FE5022" w:rsidRDefault="00B276BB">
            <w:proofErr w:type="spellStart"/>
            <w:r>
              <w:rPr>
                <w:b/>
                <w:sz w:val="18"/>
              </w:rPr>
              <w:t>Výrobce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typ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plnicí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linky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E05D75" w14:textId="77777777" w:rsidR="00FE5022" w:rsidRDefault="00FE5022"/>
        </w:tc>
      </w:tr>
      <w:tr w:rsidR="00FE5022" w14:paraId="7A081975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5B3D44" w14:textId="77777777" w:rsidR="00FE5022" w:rsidRDefault="00B276BB">
            <w:proofErr w:type="spellStart"/>
            <w:r>
              <w:rPr>
                <w:b/>
                <w:sz w:val="18"/>
              </w:rPr>
              <w:t>Plněné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produkty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4A0E00" w14:textId="77777777" w:rsidR="00FE5022" w:rsidRDefault="00B276BB">
            <w:proofErr w:type="spellStart"/>
            <w:r>
              <w:rPr>
                <w:sz w:val="18"/>
              </w:rPr>
              <w:t>tekuté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fermentované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mléčné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výrobky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uveďte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konkrétně</w:t>
            </w:r>
            <w:proofErr w:type="spellEnd"/>
            <w:r>
              <w:rPr>
                <w:sz w:val="18"/>
              </w:rPr>
              <w:t>)</w:t>
            </w:r>
          </w:p>
        </w:tc>
      </w:tr>
      <w:tr w:rsidR="00FE5022" w14:paraId="3B6E6A25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C5A50D" w14:textId="77777777" w:rsidR="00FE5022" w:rsidRDefault="00B276BB">
            <w:proofErr w:type="spellStart"/>
            <w:r>
              <w:rPr>
                <w:b/>
                <w:sz w:val="18"/>
              </w:rPr>
              <w:t>Druh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obalu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059ADD3" w14:textId="77777777" w:rsidR="00FE5022" w:rsidRDefault="00FE5022"/>
        </w:tc>
      </w:tr>
      <w:tr w:rsidR="00FE5022" w14:paraId="7EEC55C5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EAD5E6" w14:textId="77777777" w:rsidR="00FE5022" w:rsidRDefault="00B276BB">
            <w:proofErr w:type="spellStart"/>
            <w:r>
              <w:rPr>
                <w:b/>
                <w:sz w:val="18"/>
              </w:rPr>
              <w:t>Jmenovitý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objem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lahve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1CA4D4" w14:textId="77777777" w:rsidR="00FE5022" w:rsidRDefault="00B276BB">
            <w:r>
              <w:rPr>
                <w:sz w:val="18"/>
              </w:rPr>
              <w:t>1,0 l</w:t>
            </w:r>
          </w:p>
        </w:tc>
      </w:tr>
      <w:tr w:rsidR="00FE5022" w14:paraId="76399A20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A3510A" w14:textId="77777777" w:rsidR="00FE5022" w:rsidRPr="00E6652B" w:rsidRDefault="00B276BB">
            <w:pPr>
              <w:rPr>
                <w:lang w:val="de-AT"/>
              </w:rPr>
            </w:pPr>
            <w:proofErr w:type="spellStart"/>
            <w:r w:rsidRPr="00E6652B">
              <w:rPr>
                <w:b/>
                <w:sz w:val="18"/>
                <w:lang w:val="de-AT"/>
              </w:rPr>
              <w:t>Dosažený</w:t>
            </w:r>
            <w:proofErr w:type="spellEnd"/>
            <w:r w:rsidRPr="00E6652B">
              <w:rPr>
                <w:b/>
                <w:sz w:val="18"/>
                <w:lang w:val="de-AT"/>
              </w:rPr>
              <w:t xml:space="preserve"> / </w:t>
            </w:r>
            <w:proofErr w:type="spellStart"/>
            <w:r w:rsidRPr="00E6652B">
              <w:rPr>
                <w:b/>
                <w:sz w:val="18"/>
                <w:lang w:val="de-AT"/>
              </w:rPr>
              <w:t>garantovaný</w:t>
            </w:r>
            <w:proofErr w:type="spellEnd"/>
            <w:r w:rsidRPr="00E6652B">
              <w:rPr>
                <w:b/>
                <w:sz w:val="18"/>
                <w:lang w:val="de-AT"/>
              </w:rPr>
              <w:t xml:space="preserve"> </w:t>
            </w:r>
            <w:proofErr w:type="spellStart"/>
            <w:r w:rsidRPr="00E6652B">
              <w:rPr>
                <w:b/>
                <w:sz w:val="18"/>
                <w:lang w:val="de-AT"/>
              </w:rPr>
              <w:t>výkon</w:t>
            </w:r>
            <w:proofErr w:type="spellEnd"/>
            <w:r w:rsidRPr="00E6652B">
              <w:rPr>
                <w:b/>
                <w:sz w:val="18"/>
                <w:lang w:val="de-AT"/>
              </w:rPr>
              <w:t xml:space="preserve"> pro 1,0 l</w:t>
            </w:r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68CAD1" w14:textId="77777777" w:rsidR="00FE5022" w:rsidRDefault="00B276BB">
            <w:r>
              <w:rPr>
                <w:sz w:val="18"/>
              </w:rPr>
              <w:t xml:space="preserve">............... </w:t>
            </w:r>
            <w:proofErr w:type="spellStart"/>
            <w:r>
              <w:rPr>
                <w:sz w:val="18"/>
              </w:rPr>
              <w:t>lahví</w:t>
            </w:r>
            <w:proofErr w:type="spellEnd"/>
            <w:r>
              <w:rPr>
                <w:sz w:val="18"/>
              </w:rPr>
              <w:t>/h</w:t>
            </w:r>
          </w:p>
        </w:tc>
      </w:tr>
      <w:tr w:rsidR="00FE5022" w:rsidRPr="00E6652B" w14:paraId="44CCB1C1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DAB48A" w14:textId="77777777" w:rsidR="00FE5022" w:rsidRDefault="00B276BB">
            <w:proofErr w:type="spellStart"/>
            <w:r>
              <w:rPr>
                <w:b/>
                <w:sz w:val="18"/>
              </w:rPr>
              <w:t>Rozsah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dodávky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4CCFCC" w14:textId="77777777" w:rsidR="00FE5022" w:rsidRPr="00E6652B" w:rsidRDefault="00B276BB">
            <w:pPr>
              <w:rPr>
                <w:lang w:val="es-ES"/>
              </w:rPr>
            </w:pPr>
            <w:r w:rsidRPr="00E6652B">
              <w:rPr>
                <w:sz w:val="18"/>
                <w:lang w:val="es-ES"/>
              </w:rPr>
              <w:t>dodání / instalace / uvedení do provozu - popište</w:t>
            </w:r>
          </w:p>
        </w:tc>
      </w:tr>
      <w:tr w:rsidR="00FE5022" w:rsidRPr="00E6652B" w14:paraId="2C75D13E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CC217C" w14:textId="77777777" w:rsidR="00FE5022" w:rsidRDefault="00B276BB">
            <w:proofErr w:type="spellStart"/>
            <w:r>
              <w:rPr>
                <w:b/>
                <w:sz w:val="18"/>
              </w:rPr>
              <w:t>Kontaktní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osoba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zákazníka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2D9339" w14:textId="77777777" w:rsidR="00FE5022" w:rsidRPr="00E6652B" w:rsidRDefault="00B276BB">
            <w:pPr>
              <w:rPr>
                <w:lang w:val="es-ES"/>
              </w:rPr>
            </w:pPr>
            <w:r w:rsidRPr="00E6652B">
              <w:rPr>
                <w:sz w:val="18"/>
                <w:lang w:val="es-ES"/>
              </w:rPr>
              <w:t>jméno, funkce, e-mail, telefon</w:t>
            </w:r>
          </w:p>
        </w:tc>
      </w:tr>
      <w:tr w:rsidR="00FE5022" w14:paraId="0A8B64C0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E901B4" w14:textId="77777777" w:rsidR="00FE5022" w:rsidRDefault="00B276BB">
            <w:proofErr w:type="spellStart"/>
            <w:r>
              <w:rPr>
                <w:b/>
                <w:sz w:val="18"/>
              </w:rPr>
              <w:t>Doklad</w:t>
            </w:r>
            <w:proofErr w:type="spellEnd"/>
            <w:r>
              <w:rPr>
                <w:b/>
                <w:sz w:val="18"/>
              </w:rPr>
              <w:t xml:space="preserve"> k </w:t>
            </w:r>
            <w:proofErr w:type="spellStart"/>
            <w:r>
              <w:rPr>
                <w:b/>
                <w:sz w:val="18"/>
              </w:rPr>
              <w:t>referenci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F3297D" w14:textId="77777777" w:rsidR="00FE5022" w:rsidRDefault="00B276BB">
            <w:proofErr w:type="spellStart"/>
            <w:r>
              <w:rPr>
                <w:sz w:val="18"/>
              </w:rPr>
              <w:t>potvrzení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zákazníka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technický</w:t>
            </w:r>
            <w:proofErr w:type="spellEnd"/>
            <w:r>
              <w:rPr>
                <w:sz w:val="18"/>
              </w:rPr>
              <w:t xml:space="preserve"> list / SAT </w:t>
            </w:r>
            <w:proofErr w:type="spellStart"/>
            <w:r>
              <w:rPr>
                <w:sz w:val="18"/>
              </w:rPr>
              <w:t>protokol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jiný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doklad</w:t>
            </w:r>
            <w:proofErr w:type="spellEnd"/>
          </w:p>
        </w:tc>
      </w:tr>
    </w:tbl>
    <w:p w14:paraId="20A4C00A" w14:textId="77777777" w:rsidR="00FE5022" w:rsidRDefault="00FE5022"/>
    <w:p w14:paraId="6B681280" w14:textId="77777777" w:rsidR="00FE5022" w:rsidRDefault="00B276BB">
      <w:pPr>
        <w:pStyle w:val="Nadpis2"/>
        <w:spacing w:before="100" w:after="60"/>
      </w:pPr>
      <w:r>
        <w:t xml:space="preserve">Reference č. 2 - </w:t>
      </w:r>
      <w:proofErr w:type="spellStart"/>
      <w:r>
        <w:t>volitelná</w:t>
      </w:r>
      <w:proofErr w:type="spellEnd"/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258"/>
        <w:gridCol w:w="6625"/>
      </w:tblGrid>
      <w:tr w:rsidR="00FE5022" w14:paraId="3B20FFFA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29AB4A9" w14:textId="77777777" w:rsidR="00FE5022" w:rsidRDefault="00B276BB">
            <w:proofErr w:type="spellStart"/>
            <w:r>
              <w:rPr>
                <w:b/>
                <w:sz w:val="18"/>
              </w:rPr>
              <w:t>Zákazník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objednatel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116A1F" w14:textId="77777777" w:rsidR="00FE5022" w:rsidRDefault="00FE5022"/>
        </w:tc>
      </w:tr>
      <w:tr w:rsidR="00FE5022" w14:paraId="35A3DE38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08F60E" w14:textId="77777777" w:rsidR="00FE5022" w:rsidRDefault="00B276BB">
            <w:proofErr w:type="spellStart"/>
            <w:r>
              <w:rPr>
                <w:b/>
                <w:sz w:val="18"/>
              </w:rPr>
              <w:t>Země</w:t>
            </w:r>
            <w:proofErr w:type="spellEnd"/>
            <w:r>
              <w:rPr>
                <w:b/>
                <w:sz w:val="18"/>
              </w:rPr>
              <w:t xml:space="preserve"> a </w:t>
            </w:r>
            <w:proofErr w:type="spellStart"/>
            <w:r>
              <w:rPr>
                <w:b/>
                <w:sz w:val="18"/>
              </w:rPr>
              <w:t>místo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realizace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ED467ED" w14:textId="77777777" w:rsidR="00FE5022" w:rsidRDefault="00FE5022"/>
        </w:tc>
      </w:tr>
      <w:tr w:rsidR="00FE5022" w14:paraId="4C1B0BC3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90CC34" w14:textId="77777777" w:rsidR="00FE5022" w:rsidRDefault="00B276BB">
            <w:proofErr w:type="spellStart"/>
            <w:r>
              <w:rPr>
                <w:b/>
                <w:sz w:val="18"/>
              </w:rPr>
              <w:t>Rok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uvedení</w:t>
            </w:r>
            <w:proofErr w:type="spellEnd"/>
            <w:r>
              <w:rPr>
                <w:b/>
                <w:sz w:val="18"/>
              </w:rPr>
              <w:t xml:space="preserve"> do </w:t>
            </w:r>
            <w:proofErr w:type="spellStart"/>
            <w:r>
              <w:rPr>
                <w:b/>
                <w:sz w:val="18"/>
              </w:rPr>
              <w:t>provozu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F6DA21" w14:textId="77777777" w:rsidR="00FE5022" w:rsidRDefault="00FE5022"/>
        </w:tc>
      </w:tr>
      <w:tr w:rsidR="00FE5022" w14:paraId="74301674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9F27A2" w14:textId="77777777" w:rsidR="00FE5022" w:rsidRDefault="00B276BB">
            <w:proofErr w:type="spellStart"/>
            <w:r>
              <w:rPr>
                <w:b/>
                <w:sz w:val="18"/>
              </w:rPr>
              <w:t>Výrobce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typ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plnicí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linky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C04BFE" w14:textId="77777777" w:rsidR="00FE5022" w:rsidRDefault="00FE5022"/>
        </w:tc>
      </w:tr>
      <w:tr w:rsidR="00FE5022" w14:paraId="44EC8EA0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3DA4F68" w14:textId="77777777" w:rsidR="00FE5022" w:rsidRDefault="00B276BB">
            <w:proofErr w:type="spellStart"/>
            <w:r>
              <w:rPr>
                <w:b/>
                <w:sz w:val="18"/>
              </w:rPr>
              <w:t>Plněné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produkty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253EF2" w14:textId="77777777" w:rsidR="00FE5022" w:rsidRDefault="00B276BB">
            <w:proofErr w:type="spellStart"/>
            <w:r>
              <w:rPr>
                <w:sz w:val="18"/>
              </w:rPr>
              <w:t>tekuté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fermentované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mléčné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výrobky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uveďte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konkrétně</w:t>
            </w:r>
            <w:proofErr w:type="spellEnd"/>
            <w:r>
              <w:rPr>
                <w:sz w:val="18"/>
              </w:rPr>
              <w:t>)</w:t>
            </w:r>
          </w:p>
        </w:tc>
      </w:tr>
      <w:tr w:rsidR="00FE5022" w14:paraId="70BDDD30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285941" w14:textId="77777777" w:rsidR="00FE5022" w:rsidRDefault="00B276BB">
            <w:proofErr w:type="spellStart"/>
            <w:r>
              <w:rPr>
                <w:b/>
                <w:sz w:val="18"/>
              </w:rPr>
              <w:t>Druh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obalu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F4F73F" w14:textId="77777777" w:rsidR="00FE5022" w:rsidRDefault="00FE5022"/>
        </w:tc>
      </w:tr>
      <w:tr w:rsidR="00FE5022" w14:paraId="76680A67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DB6835" w14:textId="77777777" w:rsidR="00FE5022" w:rsidRDefault="00B276BB">
            <w:proofErr w:type="spellStart"/>
            <w:r>
              <w:rPr>
                <w:b/>
                <w:sz w:val="18"/>
              </w:rPr>
              <w:t>Jmenovitý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objem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lahve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399725" w14:textId="77777777" w:rsidR="00FE5022" w:rsidRDefault="00B276BB">
            <w:r>
              <w:rPr>
                <w:sz w:val="18"/>
              </w:rPr>
              <w:t>1,0 l</w:t>
            </w:r>
          </w:p>
        </w:tc>
      </w:tr>
      <w:tr w:rsidR="00FE5022" w14:paraId="33E3F384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6418D2" w14:textId="77777777" w:rsidR="00FE5022" w:rsidRPr="00E6652B" w:rsidRDefault="00B276BB">
            <w:pPr>
              <w:rPr>
                <w:lang w:val="de-AT"/>
              </w:rPr>
            </w:pPr>
            <w:proofErr w:type="spellStart"/>
            <w:r w:rsidRPr="00E6652B">
              <w:rPr>
                <w:b/>
                <w:sz w:val="18"/>
                <w:lang w:val="de-AT"/>
              </w:rPr>
              <w:t>Dosažený</w:t>
            </w:r>
            <w:proofErr w:type="spellEnd"/>
            <w:r w:rsidRPr="00E6652B">
              <w:rPr>
                <w:b/>
                <w:sz w:val="18"/>
                <w:lang w:val="de-AT"/>
              </w:rPr>
              <w:t xml:space="preserve"> / </w:t>
            </w:r>
            <w:proofErr w:type="spellStart"/>
            <w:r w:rsidRPr="00E6652B">
              <w:rPr>
                <w:b/>
                <w:sz w:val="18"/>
                <w:lang w:val="de-AT"/>
              </w:rPr>
              <w:t>garantovaný</w:t>
            </w:r>
            <w:proofErr w:type="spellEnd"/>
            <w:r w:rsidRPr="00E6652B">
              <w:rPr>
                <w:b/>
                <w:sz w:val="18"/>
                <w:lang w:val="de-AT"/>
              </w:rPr>
              <w:t xml:space="preserve"> </w:t>
            </w:r>
            <w:proofErr w:type="spellStart"/>
            <w:r w:rsidRPr="00E6652B">
              <w:rPr>
                <w:b/>
                <w:sz w:val="18"/>
                <w:lang w:val="de-AT"/>
              </w:rPr>
              <w:t>výkon</w:t>
            </w:r>
            <w:proofErr w:type="spellEnd"/>
            <w:r w:rsidRPr="00E6652B">
              <w:rPr>
                <w:b/>
                <w:sz w:val="18"/>
                <w:lang w:val="de-AT"/>
              </w:rPr>
              <w:t xml:space="preserve"> pro 1,0 l</w:t>
            </w:r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18DD05" w14:textId="77777777" w:rsidR="00FE5022" w:rsidRDefault="00B276BB">
            <w:r>
              <w:rPr>
                <w:sz w:val="18"/>
              </w:rPr>
              <w:t xml:space="preserve">............... </w:t>
            </w:r>
            <w:proofErr w:type="spellStart"/>
            <w:r>
              <w:rPr>
                <w:sz w:val="18"/>
              </w:rPr>
              <w:t>lahví</w:t>
            </w:r>
            <w:proofErr w:type="spellEnd"/>
            <w:r>
              <w:rPr>
                <w:sz w:val="18"/>
              </w:rPr>
              <w:t>/h</w:t>
            </w:r>
          </w:p>
        </w:tc>
      </w:tr>
      <w:tr w:rsidR="00FE5022" w:rsidRPr="00E6652B" w14:paraId="793E6680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01DB9B" w14:textId="77777777" w:rsidR="00FE5022" w:rsidRDefault="00B276BB">
            <w:proofErr w:type="spellStart"/>
            <w:r>
              <w:rPr>
                <w:b/>
                <w:sz w:val="18"/>
              </w:rPr>
              <w:t>Rozsah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dodávky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1529C2E" w14:textId="77777777" w:rsidR="00FE5022" w:rsidRPr="00E6652B" w:rsidRDefault="00B276BB">
            <w:pPr>
              <w:rPr>
                <w:lang w:val="es-ES"/>
              </w:rPr>
            </w:pPr>
            <w:r w:rsidRPr="00E6652B">
              <w:rPr>
                <w:sz w:val="18"/>
                <w:lang w:val="es-ES"/>
              </w:rPr>
              <w:t>dodání / instalace / uvedení do provozu - popište</w:t>
            </w:r>
          </w:p>
        </w:tc>
      </w:tr>
      <w:tr w:rsidR="00FE5022" w:rsidRPr="00E6652B" w14:paraId="33C18D68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EF3BE0" w14:textId="77777777" w:rsidR="00FE5022" w:rsidRDefault="00B276BB">
            <w:proofErr w:type="spellStart"/>
            <w:r>
              <w:rPr>
                <w:b/>
                <w:sz w:val="18"/>
              </w:rPr>
              <w:lastRenderedPageBreak/>
              <w:t>Kontaktní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osoba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zákazníka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D8F87D" w14:textId="77777777" w:rsidR="00FE5022" w:rsidRPr="00E6652B" w:rsidRDefault="00B276BB">
            <w:pPr>
              <w:rPr>
                <w:lang w:val="es-ES"/>
              </w:rPr>
            </w:pPr>
            <w:r w:rsidRPr="00E6652B">
              <w:rPr>
                <w:sz w:val="18"/>
                <w:lang w:val="es-ES"/>
              </w:rPr>
              <w:t>jméno, funkce, e-mail, telefon</w:t>
            </w:r>
          </w:p>
        </w:tc>
      </w:tr>
      <w:tr w:rsidR="00FE5022" w14:paraId="7A5E77AC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5A98E3" w14:textId="77777777" w:rsidR="00FE5022" w:rsidRDefault="00B276BB">
            <w:proofErr w:type="spellStart"/>
            <w:r>
              <w:rPr>
                <w:b/>
                <w:sz w:val="18"/>
              </w:rPr>
              <w:t>Doklad</w:t>
            </w:r>
            <w:proofErr w:type="spellEnd"/>
            <w:r>
              <w:rPr>
                <w:b/>
                <w:sz w:val="18"/>
              </w:rPr>
              <w:t xml:space="preserve"> k </w:t>
            </w:r>
            <w:proofErr w:type="spellStart"/>
            <w:r>
              <w:rPr>
                <w:b/>
                <w:sz w:val="18"/>
              </w:rPr>
              <w:t>referenci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A80897" w14:textId="77777777" w:rsidR="00FE5022" w:rsidRDefault="00B276BB">
            <w:proofErr w:type="spellStart"/>
            <w:r>
              <w:rPr>
                <w:sz w:val="18"/>
              </w:rPr>
              <w:t>potvrzení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zákazníka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technický</w:t>
            </w:r>
            <w:proofErr w:type="spellEnd"/>
            <w:r>
              <w:rPr>
                <w:sz w:val="18"/>
              </w:rPr>
              <w:t xml:space="preserve"> list / SAT </w:t>
            </w:r>
            <w:proofErr w:type="spellStart"/>
            <w:r>
              <w:rPr>
                <w:sz w:val="18"/>
              </w:rPr>
              <w:t>protokol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jiný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doklad</w:t>
            </w:r>
            <w:proofErr w:type="spellEnd"/>
          </w:p>
        </w:tc>
      </w:tr>
    </w:tbl>
    <w:p w14:paraId="1521F421" w14:textId="77777777" w:rsidR="00FE5022" w:rsidRDefault="00FE5022"/>
    <w:p w14:paraId="529F462B" w14:textId="77777777" w:rsidR="00FE5022" w:rsidRDefault="00B276BB">
      <w:pPr>
        <w:pStyle w:val="Nadpis2"/>
        <w:spacing w:before="100" w:after="60"/>
      </w:pPr>
      <w:r>
        <w:t xml:space="preserve">Reference č. 3 - </w:t>
      </w:r>
      <w:proofErr w:type="spellStart"/>
      <w:r>
        <w:t>volitelná</w:t>
      </w:r>
      <w:proofErr w:type="spellEnd"/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258"/>
        <w:gridCol w:w="6625"/>
      </w:tblGrid>
      <w:tr w:rsidR="00FE5022" w14:paraId="74A5DA00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53B198" w14:textId="77777777" w:rsidR="00FE5022" w:rsidRDefault="00B276BB">
            <w:proofErr w:type="spellStart"/>
            <w:r>
              <w:rPr>
                <w:b/>
                <w:sz w:val="18"/>
              </w:rPr>
              <w:t>Zákazník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objednatel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D0E31D" w14:textId="77777777" w:rsidR="00FE5022" w:rsidRDefault="00FE5022"/>
        </w:tc>
      </w:tr>
      <w:tr w:rsidR="00FE5022" w14:paraId="0056BDF2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9A9259E" w14:textId="77777777" w:rsidR="00FE5022" w:rsidRDefault="00B276BB">
            <w:proofErr w:type="spellStart"/>
            <w:r>
              <w:rPr>
                <w:b/>
                <w:sz w:val="18"/>
              </w:rPr>
              <w:t>Země</w:t>
            </w:r>
            <w:proofErr w:type="spellEnd"/>
            <w:r>
              <w:rPr>
                <w:b/>
                <w:sz w:val="18"/>
              </w:rPr>
              <w:t xml:space="preserve"> a </w:t>
            </w:r>
            <w:proofErr w:type="spellStart"/>
            <w:r>
              <w:rPr>
                <w:b/>
                <w:sz w:val="18"/>
              </w:rPr>
              <w:t>místo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realizace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14DC5E" w14:textId="77777777" w:rsidR="00FE5022" w:rsidRDefault="00FE5022"/>
        </w:tc>
      </w:tr>
      <w:tr w:rsidR="00FE5022" w14:paraId="36BA9C9F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AC19E72" w14:textId="77777777" w:rsidR="00FE5022" w:rsidRDefault="00B276BB">
            <w:proofErr w:type="spellStart"/>
            <w:r>
              <w:rPr>
                <w:b/>
                <w:sz w:val="18"/>
              </w:rPr>
              <w:t>Rok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uvedení</w:t>
            </w:r>
            <w:proofErr w:type="spellEnd"/>
            <w:r>
              <w:rPr>
                <w:b/>
                <w:sz w:val="18"/>
              </w:rPr>
              <w:t xml:space="preserve"> do </w:t>
            </w:r>
            <w:proofErr w:type="spellStart"/>
            <w:r>
              <w:rPr>
                <w:b/>
                <w:sz w:val="18"/>
              </w:rPr>
              <w:t>provozu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E8315E" w14:textId="77777777" w:rsidR="00FE5022" w:rsidRDefault="00FE5022"/>
        </w:tc>
      </w:tr>
      <w:tr w:rsidR="00FE5022" w14:paraId="5B383CF2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173F74" w14:textId="77777777" w:rsidR="00FE5022" w:rsidRDefault="00B276BB">
            <w:proofErr w:type="spellStart"/>
            <w:r>
              <w:rPr>
                <w:b/>
                <w:sz w:val="18"/>
              </w:rPr>
              <w:t>Výrobce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typ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plnicí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linky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EA07C1" w14:textId="77777777" w:rsidR="00FE5022" w:rsidRDefault="00FE5022"/>
        </w:tc>
      </w:tr>
      <w:tr w:rsidR="00FE5022" w14:paraId="5609CA3A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86F4D8" w14:textId="77777777" w:rsidR="00FE5022" w:rsidRDefault="00B276BB">
            <w:proofErr w:type="spellStart"/>
            <w:r>
              <w:rPr>
                <w:b/>
                <w:sz w:val="18"/>
              </w:rPr>
              <w:t>Plněné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produkty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F6BCFA5" w14:textId="77777777" w:rsidR="00FE5022" w:rsidRDefault="00B276BB">
            <w:proofErr w:type="spellStart"/>
            <w:r>
              <w:rPr>
                <w:sz w:val="18"/>
              </w:rPr>
              <w:t>tekuté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fermentované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mléčné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výrobky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uveďte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konkrétně</w:t>
            </w:r>
            <w:proofErr w:type="spellEnd"/>
            <w:r>
              <w:rPr>
                <w:sz w:val="18"/>
              </w:rPr>
              <w:t>)</w:t>
            </w:r>
          </w:p>
        </w:tc>
      </w:tr>
      <w:tr w:rsidR="00FE5022" w14:paraId="7638C6D5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9FF261" w14:textId="77777777" w:rsidR="00FE5022" w:rsidRDefault="00B276BB">
            <w:proofErr w:type="spellStart"/>
            <w:r>
              <w:rPr>
                <w:b/>
                <w:sz w:val="18"/>
              </w:rPr>
              <w:t>Druh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obalu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3224EE1" w14:textId="77777777" w:rsidR="00FE5022" w:rsidRDefault="00FE5022"/>
        </w:tc>
      </w:tr>
      <w:tr w:rsidR="00FE5022" w14:paraId="47EF58D4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30C2F3" w14:textId="77777777" w:rsidR="00FE5022" w:rsidRDefault="00B276BB">
            <w:proofErr w:type="spellStart"/>
            <w:r>
              <w:rPr>
                <w:b/>
                <w:sz w:val="18"/>
              </w:rPr>
              <w:t>Jmenovitý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objem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lahve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B3E1EF" w14:textId="77777777" w:rsidR="00FE5022" w:rsidRDefault="00B276BB">
            <w:r>
              <w:rPr>
                <w:sz w:val="18"/>
              </w:rPr>
              <w:t>1,0 l</w:t>
            </w:r>
          </w:p>
        </w:tc>
      </w:tr>
      <w:tr w:rsidR="00FE5022" w14:paraId="22EF09C6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2F9009" w14:textId="77777777" w:rsidR="00FE5022" w:rsidRPr="00E6652B" w:rsidRDefault="00B276BB">
            <w:pPr>
              <w:rPr>
                <w:lang w:val="de-AT"/>
              </w:rPr>
            </w:pPr>
            <w:proofErr w:type="spellStart"/>
            <w:r w:rsidRPr="00E6652B">
              <w:rPr>
                <w:b/>
                <w:sz w:val="18"/>
                <w:lang w:val="de-AT"/>
              </w:rPr>
              <w:t>Dosažený</w:t>
            </w:r>
            <w:proofErr w:type="spellEnd"/>
            <w:r w:rsidRPr="00E6652B">
              <w:rPr>
                <w:b/>
                <w:sz w:val="18"/>
                <w:lang w:val="de-AT"/>
              </w:rPr>
              <w:t xml:space="preserve"> / </w:t>
            </w:r>
            <w:proofErr w:type="spellStart"/>
            <w:r w:rsidRPr="00E6652B">
              <w:rPr>
                <w:b/>
                <w:sz w:val="18"/>
                <w:lang w:val="de-AT"/>
              </w:rPr>
              <w:t>garantovaný</w:t>
            </w:r>
            <w:proofErr w:type="spellEnd"/>
            <w:r w:rsidRPr="00E6652B">
              <w:rPr>
                <w:b/>
                <w:sz w:val="18"/>
                <w:lang w:val="de-AT"/>
              </w:rPr>
              <w:t xml:space="preserve"> </w:t>
            </w:r>
            <w:proofErr w:type="spellStart"/>
            <w:r w:rsidRPr="00E6652B">
              <w:rPr>
                <w:b/>
                <w:sz w:val="18"/>
                <w:lang w:val="de-AT"/>
              </w:rPr>
              <w:t>výkon</w:t>
            </w:r>
            <w:proofErr w:type="spellEnd"/>
            <w:r w:rsidRPr="00E6652B">
              <w:rPr>
                <w:b/>
                <w:sz w:val="18"/>
                <w:lang w:val="de-AT"/>
              </w:rPr>
              <w:t xml:space="preserve"> pro 1,0 l</w:t>
            </w:r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FB58CFF" w14:textId="77777777" w:rsidR="00FE5022" w:rsidRDefault="00B276BB">
            <w:r>
              <w:rPr>
                <w:sz w:val="18"/>
              </w:rPr>
              <w:t xml:space="preserve">............... </w:t>
            </w:r>
            <w:proofErr w:type="spellStart"/>
            <w:r>
              <w:rPr>
                <w:sz w:val="18"/>
              </w:rPr>
              <w:t>lahví</w:t>
            </w:r>
            <w:proofErr w:type="spellEnd"/>
            <w:r>
              <w:rPr>
                <w:sz w:val="18"/>
              </w:rPr>
              <w:t>/h</w:t>
            </w:r>
          </w:p>
        </w:tc>
      </w:tr>
      <w:tr w:rsidR="00FE5022" w:rsidRPr="00E6652B" w14:paraId="34407D0C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56C393" w14:textId="77777777" w:rsidR="00FE5022" w:rsidRDefault="00B276BB">
            <w:proofErr w:type="spellStart"/>
            <w:r>
              <w:rPr>
                <w:b/>
                <w:sz w:val="18"/>
              </w:rPr>
              <w:t>Rozsah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dodávky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699C5A7" w14:textId="77777777" w:rsidR="00FE5022" w:rsidRPr="00E6652B" w:rsidRDefault="00B276BB">
            <w:pPr>
              <w:rPr>
                <w:lang w:val="es-ES"/>
              </w:rPr>
            </w:pPr>
            <w:r w:rsidRPr="00E6652B">
              <w:rPr>
                <w:sz w:val="18"/>
                <w:lang w:val="es-ES"/>
              </w:rPr>
              <w:t>dodání / instalace / uvedení do provozu - popište</w:t>
            </w:r>
          </w:p>
        </w:tc>
      </w:tr>
      <w:tr w:rsidR="00FE5022" w:rsidRPr="00E6652B" w14:paraId="562B425D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90A05FC" w14:textId="77777777" w:rsidR="00FE5022" w:rsidRDefault="00B276BB">
            <w:proofErr w:type="spellStart"/>
            <w:r>
              <w:rPr>
                <w:b/>
                <w:sz w:val="18"/>
              </w:rPr>
              <w:t>Kontaktní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osoba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zákazníka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94591C" w14:textId="77777777" w:rsidR="00FE5022" w:rsidRPr="00E6652B" w:rsidRDefault="00B276BB">
            <w:pPr>
              <w:rPr>
                <w:lang w:val="es-ES"/>
              </w:rPr>
            </w:pPr>
            <w:r w:rsidRPr="00E6652B">
              <w:rPr>
                <w:sz w:val="18"/>
                <w:lang w:val="es-ES"/>
              </w:rPr>
              <w:t>jméno, funkce, e-mail, telefon</w:t>
            </w:r>
          </w:p>
        </w:tc>
      </w:tr>
      <w:tr w:rsidR="00FE5022" w14:paraId="3F1521F1" w14:textId="77777777">
        <w:trPr>
          <w:jc w:val="center"/>
        </w:trPr>
        <w:tc>
          <w:tcPr>
            <w:tcW w:w="3311" w:type="dxa"/>
            <w:shd w:val="clear" w:color="auto" w:fill="EAF0F8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49DD6A8" w14:textId="77777777" w:rsidR="00FE5022" w:rsidRDefault="00B276BB">
            <w:proofErr w:type="spellStart"/>
            <w:r>
              <w:rPr>
                <w:b/>
                <w:sz w:val="18"/>
              </w:rPr>
              <w:t>Doklad</w:t>
            </w:r>
            <w:proofErr w:type="spellEnd"/>
            <w:r>
              <w:rPr>
                <w:b/>
                <w:sz w:val="18"/>
              </w:rPr>
              <w:t xml:space="preserve"> k </w:t>
            </w:r>
            <w:proofErr w:type="spellStart"/>
            <w:r>
              <w:rPr>
                <w:b/>
                <w:sz w:val="18"/>
              </w:rPr>
              <w:t>referenci</w:t>
            </w:r>
            <w:proofErr w:type="spellEnd"/>
          </w:p>
        </w:tc>
        <w:tc>
          <w:tcPr>
            <w:tcW w:w="6768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40CD69" w14:textId="77777777" w:rsidR="00FE5022" w:rsidRDefault="00B276BB">
            <w:proofErr w:type="spellStart"/>
            <w:r>
              <w:rPr>
                <w:sz w:val="18"/>
              </w:rPr>
              <w:t>potvrzení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zákazníka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technický</w:t>
            </w:r>
            <w:proofErr w:type="spellEnd"/>
            <w:r>
              <w:rPr>
                <w:sz w:val="18"/>
              </w:rPr>
              <w:t xml:space="preserve"> list / SAT </w:t>
            </w:r>
            <w:proofErr w:type="spellStart"/>
            <w:r>
              <w:rPr>
                <w:sz w:val="18"/>
              </w:rPr>
              <w:t>protokol</w:t>
            </w:r>
            <w:proofErr w:type="spellEnd"/>
            <w:r>
              <w:rPr>
                <w:sz w:val="18"/>
              </w:rPr>
              <w:t xml:space="preserve"> / </w:t>
            </w:r>
            <w:proofErr w:type="spellStart"/>
            <w:r>
              <w:rPr>
                <w:sz w:val="18"/>
              </w:rPr>
              <w:t>jiný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doklad</w:t>
            </w:r>
            <w:proofErr w:type="spellEnd"/>
          </w:p>
        </w:tc>
      </w:tr>
    </w:tbl>
    <w:p w14:paraId="28C3EA80" w14:textId="77777777" w:rsidR="00FE5022" w:rsidRDefault="00B276BB">
      <w:pPr>
        <w:pStyle w:val="Nadpis1"/>
        <w:spacing w:before="160" w:after="80"/>
      </w:pPr>
      <w:proofErr w:type="spellStart"/>
      <w:r>
        <w:t>Čestné</w:t>
      </w:r>
      <w:proofErr w:type="spellEnd"/>
      <w:r>
        <w:t xml:space="preserve"> </w:t>
      </w:r>
      <w:proofErr w:type="spellStart"/>
      <w:r>
        <w:t>prohlášení</w:t>
      </w:r>
      <w:proofErr w:type="spellEnd"/>
      <w:r>
        <w:t xml:space="preserve"> </w:t>
      </w:r>
      <w:proofErr w:type="spellStart"/>
      <w:r>
        <w:t>účastníka</w:t>
      </w:r>
      <w:proofErr w:type="spellEnd"/>
    </w:p>
    <w:p w14:paraId="7F080311" w14:textId="77777777" w:rsidR="00FE5022" w:rsidRDefault="00B276BB">
      <w:proofErr w:type="spellStart"/>
      <w:r>
        <w:t>Účastník</w:t>
      </w:r>
      <w:proofErr w:type="spellEnd"/>
      <w:r>
        <w:t xml:space="preserve"> </w:t>
      </w:r>
      <w:proofErr w:type="spellStart"/>
      <w:r>
        <w:t>prohlašuje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</w:t>
      </w:r>
      <w:proofErr w:type="spellStart"/>
      <w:r>
        <w:t>uvedené</w:t>
      </w:r>
      <w:proofErr w:type="spellEnd"/>
      <w:r>
        <w:t xml:space="preserve"> </w:t>
      </w:r>
      <w:proofErr w:type="spellStart"/>
      <w:r>
        <w:t>údaje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pravdivé</w:t>
      </w:r>
      <w:proofErr w:type="spellEnd"/>
      <w:r>
        <w:t xml:space="preserve">, </w:t>
      </w:r>
      <w:proofErr w:type="spellStart"/>
      <w:r>
        <w:t>vztahují</w:t>
      </w:r>
      <w:proofErr w:type="spellEnd"/>
      <w:r>
        <w:t xml:space="preserve"> se k </w:t>
      </w:r>
      <w:proofErr w:type="spellStart"/>
      <w:r>
        <w:t>řádně</w:t>
      </w:r>
      <w:proofErr w:type="spellEnd"/>
      <w:r>
        <w:t xml:space="preserve"> </w:t>
      </w:r>
      <w:proofErr w:type="spellStart"/>
      <w:r>
        <w:t>dokončenému</w:t>
      </w:r>
      <w:proofErr w:type="spellEnd"/>
      <w:r>
        <w:t xml:space="preserve"> </w:t>
      </w:r>
      <w:proofErr w:type="spellStart"/>
      <w:r>
        <w:t>plnění</w:t>
      </w:r>
      <w:proofErr w:type="spellEnd"/>
      <w:r>
        <w:t xml:space="preserve"> a </w:t>
      </w:r>
      <w:proofErr w:type="spellStart"/>
      <w:r>
        <w:t>zadavatel</w:t>
      </w:r>
      <w:proofErr w:type="spellEnd"/>
      <w:r>
        <w:t xml:space="preserve"> je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ověřit</w:t>
      </w:r>
      <w:proofErr w:type="spellEnd"/>
      <w:r>
        <w:t xml:space="preserve"> u </w:t>
      </w:r>
      <w:proofErr w:type="spellStart"/>
      <w:r>
        <w:t>uvedených</w:t>
      </w:r>
      <w:proofErr w:type="spellEnd"/>
      <w:r>
        <w:t xml:space="preserve"> zákazníků.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31"/>
        <w:gridCol w:w="4952"/>
      </w:tblGrid>
      <w:tr w:rsidR="00FE5022" w14:paraId="7336E393" w14:textId="77777777">
        <w:tc>
          <w:tcPr>
            <w:tcW w:w="5040" w:type="dxa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16AA9D2" w14:textId="77777777" w:rsidR="00FE5022" w:rsidRDefault="00B276BB">
            <w:r>
              <w:rPr>
                <w:sz w:val="18"/>
              </w:rPr>
              <w:t xml:space="preserve">V ................................ </w:t>
            </w:r>
            <w:proofErr w:type="spellStart"/>
            <w:r>
              <w:rPr>
                <w:sz w:val="18"/>
              </w:rPr>
              <w:t>dne</w:t>
            </w:r>
            <w:proofErr w:type="spellEnd"/>
            <w:r>
              <w:rPr>
                <w:sz w:val="18"/>
              </w:rPr>
              <w:t xml:space="preserve"> ........................</w:t>
            </w:r>
          </w:p>
        </w:tc>
        <w:tc>
          <w:tcPr>
            <w:tcW w:w="5040" w:type="dxa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401C6DD" w14:textId="77777777" w:rsidR="00FE5022" w:rsidRDefault="00B276BB">
            <w:r>
              <w:rPr>
                <w:sz w:val="18"/>
              </w:rPr>
              <w:t xml:space="preserve">Za </w:t>
            </w:r>
            <w:proofErr w:type="spellStart"/>
            <w:r>
              <w:rPr>
                <w:sz w:val="18"/>
              </w:rPr>
              <w:t>účastníka</w:t>
            </w:r>
            <w:proofErr w:type="spellEnd"/>
            <w:r>
              <w:rPr>
                <w:sz w:val="18"/>
              </w:rPr>
              <w:t>: ................................................</w:t>
            </w:r>
          </w:p>
        </w:tc>
      </w:tr>
      <w:tr w:rsidR="00FE5022" w14:paraId="36461355" w14:textId="77777777">
        <w:tc>
          <w:tcPr>
            <w:tcW w:w="5040" w:type="dxa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BC56FB2" w14:textId="77777777" w:rsidR="00FE5022" w:rsidRDefault="00B276BB">
            <w:proofErr w:type="spellStart"/>
            <w:r>
              <w:rPr>
                <w:sz w:val="18"/>
              </w:rPr>
              <w:t>Jméno</w:t>
            </w:r>
            <w:proofErr w:type="spellEnd"/>
            <w:r>
              <w:rPr>
                <w:sz w:val="18"/>
              </w:rPr>
              <w:t xml:space="preserve"> a </w:t>
            </w:r>
            <w:proofErr w:type="spellStart"/>
            <w:r>
              <w:rPr>
                <w:sz w:val="18"/>
              </w:rPr>
              <w:t>funkce</w:t>
            </w:r>
            <w:proofErr w:type="spellEnd"/>
            <w:r>
              <w:rPr>
                <w:sz w:val="18"/>
              </w:rPr>
              <w:t>: ..............................................</w:t>
            </w:r>
          </w:p>
        </w:tc>
        <w:tc>
          <w:tcPr>
            <w:tcW w:w="5040" w:type="dxa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05ACBB8" w14:textId="77777777" w:rsidR="00FE5022" w:rsidRDefault="00B276BB">
            <w:proofErr w:type="spellStart"/>
            <w:r>
              <w:rPr>
                <w:sz w:val="18"/>
              </w:rPr>
              <w:t>Podpis</w:t>
            </w:r>
            <w:proofErr w:type="spellEnd"/>
            <w:r>
              <w:rPr>
                <w:sz w:val="18"/>
              </w:rPr>
              <w:t>: ........................................................</w:t>
            </w:r>
          </w:p>
        </w:tc>
      </w:tr>
      <w:tr w:rsidR="00FE5022" w14:paraId="3F2FE34A" w14:textId="77777777">
        <w:tc>
          <w:tcPr>
            <w:tcW w:w="5040" w:type="dxa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39607447" w14:textId="77777777" w:rsidR="00FE5022" w:rsidRDefault="00FE5022"/>
        </w:tc>
        <w:tc>
          <w:tcPr>
            <w:tcW w:w="5040" w:type="dxa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4459AC32" w14:textId="77777777" w:rsidR="00FE5022" w:rsidRDefault="00B276BB">
            <w:proofErr w:type="spellStart"/>
            <w:r>
              <w:rPr>
                <w:sz w:val="18"/>
              </w:rPr>
              <w:t>Razítko</w:t>
            </w:r>
            <w:proofErr w:type="spellEnd"/>
            <w:r>
              <w:rPr>
                <w:sz w:val="18"/>
              </w:rPr>
              <w:t xml:space="preserve"> (je-li </w:t>
            </w:r>
            <w:proofErr w:type="spellStart"/>
            <w:r>
              <w:rPr>
                <w:sz w:val="18"/>
              </w:rPr>
              <w:t>používáno</w:t>
            </w:r>
            <w:proofErr w:type="spellEnd"/>
            <w:r>
              <w:rPr>
                <w:sz w:val="18"/>
              </w:rPr>
              <w:t>): ................................</w:t>
            </w:r>
          </w:p>
        </w:tc>
      </w:tr>
    </w:tbl>
    <w:p w14:paraId="2B2F61A7" w14:textId="77777777" w:rsidR="00B276BB" w:rsidRDefault="00B276BB"/>
    <w:sectPr w:rsidR="00B276BB" w:rsidSect="00034616">
      <w:headerReference w:type="default" r:id="rId8"/>
      <w:footerReference w:type="default" r:id="rId9"/>
      <w:pgSz w:w="11909" w:h="16834"/>
      <w:pgMar w:top="720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231D1E" w14:textId="77777777" w:rsidR="00EA5BF8" w:rsidRDefault="00EA5BF8">
      <w:pPr>
        <w:spacing w:after="0" w:line="240" w:lineRule="auto"/>
      </w:pPr>
      <w:r>
        <w:separator/>
      </w:r>
    </w:p>
  </w:endnote>
  <w:endnote w:type="continuationSeparator" w:id="0">
    <w:p w14:paraId="709A6925" w14:textId="77777777" w:rsidR="00EA5BF8" w:rsidRDefault="00EA5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30165" w14:textId="77777777" w:rsidR="00FE5022" w:rsidRDefault="00B276BB">
    <w:pPr>
      <w:pStyle w:val="Zpat"/>
      <w:jc w:val="center"/>
    </w:pPr>
    <w:r>
      <w:rPr>
        <w:color w:val="505050"/>
        <w:sz w:val="16"/>
      </w:rPr>
      <w:t xml:space="preserve">LACRUM </w:t>
    </w:r>
    <w:proofErr w:type="spellStart"/>
    <w:r>
      <w:rPr>
        <w:color w:val="505050"/>
        <w:sz w:val="16"/>
      </w:rPr>
      <w:t>Velké</w:t>
    </w:r>
    <w:proofErr w:type="spellEnd"/>
    <w:r>
      <w:rPr>
        <w:color w:val="505050"/>
        <w:sz w:val="16"/>
      </w:rPr>
      <w:t xml:space="preserve"> </w:t>
    </w:r>
    <w:proofErr w:type="spellStart"/>
    <w:r>
      <w:rPr>
        <w:color w:val="505050"/>
        <w:sz w:val="16"/>
      </w:rPr>
      <w:t>Meziříčí</w:t>
    </w:r>
    <w:proofErr w:type="spellEnd"/>
    <w:r>
      <w:rPr>
        <w:color w:val="505050"/>
        <w:sz w:val="16"/>
      </w:rPr>
      <w:t xml:space="preserve">, </w:t>
    </w:r>
    <w:proofErr w:type="spellStart"/>
    <w:r>
      <w:rPr>
        <w:color w:val="505050"/>
        <w:sz w:val="16"/>
      </w:rPr>
      <w:t>s.r.o.</w:t>
    </w:r>
    <w:proofErr w:type="spellEnd"/>
    <w:r>
      <w:rPr>
        <w:color w:val="505050"/>
        <w:sz w:val="16"/>
      </w:rPr>
      <w:t xml:space="preserve"> | P14 - </w:t>
    </w:r>
    <w:proofErr w:type="spellStart"/>
    <w:r>
      <w:rPr>
        <w:color w:val="505050"/>
        <w:sz w:val="16"/>
      </w:rPr>
      <w:t>Seznam</w:t>
    </w:r>
    <w:proofErr w:type="spellEnd"/>
    <w:r>
      <w:rPr>
        <w:color w:val="505050"/>
        <w:sz w:val="16"/>
      </w:rPr>
      <w:t xml:space="preserve"> </w:t>
    </w:r>
    <w:proofErr w:type="spellStart"/>
    <w:r>
      <w:rPr>
        <w:color w:val="505050"/>
        <w:sz w:val="16"/>
      </w:rPr>
      <w:t>referenčních</w:t>
    </w:r>
    <w:proofErr w:type="spellEnd"/>
    <w:r>
      <w:rPr>
        <w:color w:val="505050"/>
        <w:sz w:val="16"/>
      </w:rPr>
      <w:t xml:space="preserve"> </w:t>
    </w:r>
    <w:proofErr w:type="spellStart"/>
    <w:r>
      <w:rPr>
        <w:color w:val="505050"/>
        <w:sz w:val="16"/>
      </w:rPr>
      <w:t>dodávek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E2C679" w14:textId="77777777" w:rsidR="00EA5BF8" w:rsidRDefault="00EA5BF8">
      <w:pPr>
        <w:spacing w:after="0" w:line="240" w:lineRule="auto"/>
      </w:pPr>
      <w:r>
        <w:separator/>
      </w:r>
    </w:p>
  </w:footnote>
  <w:footnote w:type="continuationSeparator" w:id="0">
    <w:p w14:paraId="19665143" w14:textId="77777777" w:rsidR="00EA5BF8" w:rsidRDefault="00EA5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011F81" w14:textId="77777777" w:rsidR="00FE5022" w:rsidRDefault="00B276BB">
    <w:pPr>
      <w:pStyle w:val="Zhlav"/>
      <w:jc w:val="center"/>
    </w:pPr>
    <w:r>
      <w:rPr>
        <w:noProof/>
      </w:rPr>
      <w:drawing>
        <wp:inline distT="0" distB="0" distL="0" distR="0" wp14:anchorId="10B70738" wp14:editId="589CBC85">
          <wp:extent cx="6309360" cy="88685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cro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09360" cy="886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789632">
    <w:abstractNumId w:val="8"/>
  </w:num>
  <w:num w:numId="2" w16cid:durableId="504786138">
    <w:abstractNumId w:val="6"/>
  </w:num>
  <w:num w:numId="3" w16cid:durableId="928346661">
    <w:abstractNumId w:val="5"/>
  </w:num>
  <w:num w:numId="4" w16cid:durableId="353921520">
    <w:abstractNumId w:val="4"/>
  </w:num>
  <w:num w:numId="5" w16cid:durableId="627662647">
    <w:abstractNumId w:val="7"/>
  </w:num>
  <w:num w:numId="6" w16cid:durableId="1195508566">
    <w:abstractNumId w:val="3"/>
  </w:num>
  <w:num w:numId="7" w16cid:durableId="335771832">
    <w:abstractNumId w:val="2"/>
  </w:num>
  <w:num w:numId="8" w16cid:durableId="871304941">
    <w:abstractNumId w:val="1"/>
  </w:num>
  <w:num w:numId="9" w16cid:durableId="1676567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85D2B"/>
    <w:rsid w:val="00AA1D8D"/>
    <w:rsid w:val="00B276BB"/>
    <w:rsid w:val="00B47730"/>
    <w:rsid w:val="00CB0664"/>
    <w:rsid w:val="00CE668D"/>
    <w:rsid w:val="00E6652B"/>
    <w:rsid w:val="00EA5BF8"/>
    <w:rsid w:val="00F457CC"/>
    <w:rsid w:val="00FC693F"/>
    <w:rsid w:val="00FE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0B4E41"/>
  <w14:defaultImageDpi w14:val="300"/>
  <w15:docId w15:val="{E1316951-EECA-4F4B-86BA-622BA022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Arial" w:eastAsia="Arial" w:hAnsi="Arial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4E79"/>
      <w:sz w:val="2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8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Zdenka Hegedűšová</cp:lastModifiedBy>
  <cp:revision>2</cp:revision>
  <dcterms:created xsi:type="dcterms:W3CDTF">2026-09-18T15:14:00Z</dcterms:created>
  <dcterms:modified xsi:type="dcterms:W3CDTF">2026-09-18T15:14:00Z</dcterms:modified>
  <cp:category/>
</cp:coreProperties>
</file>