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94A" w:rsidRDefault="00C63791">
      <w:pPr>
        <w:spacing w:after="220" w:line="247" w:lineRule="auto"/>
        <w:jc w:val="center"/>
        <w:rPr>
          <w:b/>
          <w:sz w:val="24"/>
        </w:rPr>
      </w:pPr>
      <w:r>
        <w:rPr>
          <w:b/>
          <w:sz w:val="24"/>
        </w:rPr>
        <w:t>PŘÍLOHA Č. 6 – ČESTNÉ PROHLÁŠENÍ O ZAJIŠTĚNÍ SPOLEČENSKY ODPOVĚDNÉHO PLNĚNÍ</w:t>
      </w:r>
    </w:p>
    <w:p w:rsidR="00882A66" w:rsidRDefault="00882A66">
      <w:pPr>
        <w:spacing w:after="220" w:line="247" w:lineRule="auto"/>
        <w:jc w:val="center"/>
      </w:pPr>
    </w:p>
    <w:p w:rsidR="00F5694A" w:rsidRDefault="00C63791">
      <w:pPr>
        <w:spacing w:after="60" w:line="247" w:lineRule="auto"/>
      </w:pPr>
      <w:r>
        <w:rPr>
          <w:b/>
        </w:rPr>
        <w:t xml:space="preserve">Jméno a příjmení: </w:t>
      </w:r>
      <w:r>
        <w:t>…………………………………………………………………………</w:t>
      </w:r>
    </w:p>
    <w:p w:rsidR="00F5694A" w:rsidRDefault="00C63791">
      <w:pPr>
        <w:spacing w:after="60" w:line="247" w:lineRule="auto"/>
      </w:pPr>
      <w:r>
        <w:rPr>
          <w:b/>
        </w:rPr>
        <w:t xml:space="preserve">jednající za účastníka: </w:t>
      </w:r>
      <w:r>
        <w:t>…………………………………………………………………………</w:t>
      </w:r>
    </w:p>
    <w:p w:rsidR="00F5694A" w:rsidRDefault="00C63791">
      <w:pPr>
        <w:spacing w:before="80" w:after="60" w:line="247" w:lineRule="auto"/>
      </w:pPr>
      <w:r>
        <w:rPr>
          <w:b/>
          <w:sz w:val="21"/>
        </w:rPr>
        <w:t>IČO: …………………………………………………………………………</w:t>
      </w:r>
    </w:p>
    <w:p w:rsidR="00F5694A" w:rsidRDefault="00C63791">
      <w:pPr>
        <w:spacing w:before="80" w:after="60" w:line="247" w:lineRule="auto"/>
      </w:pPr>
      <w:r>
        <w:rPr>
          <w:b/>
          <w:sz w:val="21"/>
        </w:rPr>
        <w:t>DIČ: …………………………………………………………………………</w:t>
      </w:r>
    </w:p>
    <w:p w:rsidR="00F5694A" w:rsidRDefault="00C63791">
      <w:pPr>
        <w:spacing w:after="60" w:line="247" w:lineRule="auto"/>
      </w:pPr>
      <w:r>
        <w:rPr>
          <w:b/>
        </w:rPr>
        <w:t xml:space="preserve">sídlo / místo podnikání: </w:t>
      </w:r>
      <w:r>
        <w:t>…………………………………………………………………………</w:t>
      </w:r>
    </w:p>
    <w:p w:rsidR="00136E78" w:rsidRDefault="00136E78">
      <w:pPr>
        <w:spacing w:after="60" w:line="247" w:lineRule="auto"/>
        <w:jc w:val="both"/>
      </w:pPr>
    </w:p>
    <w:p w:rsidR="00F5694A" w:rsidRDefault="00C63791">
      <w:pPr>
        <w:spacing w:after="60" w:line="247" w:lineRule="auto"/>
        <w:jc w:val="both"/>
      </w:pPr>
      <w:proofErr w:type="spellStart"/>
      <w:proofErr w:type="gramStart"/>
      <w:r>
        <w:t>tímto</w:t>
      </w:r>
      <w:proofErr w:type="spellEnd"/>
      <w:proofErr w:type="gramEnd"/>
      <w:r>
        <w:t xml:space="preserve"> čestně prohlašuji jako účastník výběrového řízení na veřejnou zakázku malého rozsahu na stavební práce s názvem </w:t>
      </w:r>
      <w:r w:rsidRPr="00882A66">
        <w:rPr>
          <w:b/>
        </w:rPr>
        <w:t>„PŘÍSTAVBA PŘÍSTŘEŠKU PRO SNĚHOVOU ROLBU“</w:t>
      </w:r>
      <w:r>
        <w:t xml:space="preserve">, zadávanou </w:t>
      </w:r>
      <w:proofErr w:type="spellStart"/>
      <w:r>
        <w:t>zadavatelem</w:t>
      </w:r>
      <w:proofErr w:type="spellEnd"/>
      <w:r>
        <w:t xml:space="preserve"> Obec </w:t>
      </w:r>
      <w:proofErr w:type="spellStart"/>
      <w:r>
        <w:t>Modrava</w:t>
      </w:r>
      <w:proofErr w:type="spellEnd"/>
      <w:r>
        <w:t xml:space="preserve">, </w:t>
      </w:r>
      <w:proofErr w:type="spellStart"/>
      <w:r>
        <w:t>že</w:t>
      </w:r>
      <w:proofErr w:type="spellEnd"/>
      <w:r>
        <w:t>:</w:t>
      </w:r>
    </w:p>
    <w:p w:rsidR="00136E78" w:rsidRDefault="00136E78">
      <w:pPr>
        <w:spacing w:after="60" w:line="247" w:lineRule="auto"/>
        <w:jc w:val="both"/>
      </w:pPr>
    </w:p>
    <w:p w:rsidR="00F5694A" w:rsidRDefault="00C63791">
      <w:pPr>
        <w:spacing w:after="60" w:line="247" w:lineRule="auto"/>
        <w:jc w:val="both"/>
      </w:pPr>
      <w:r>
        <w:t>1</w:t>
      </w:r>
      <w:r>
        <w:t xml:space="preserve">. </w:t>
      </w:r>
      <w:proofErr w:type="gramStart"/>
      <w:r>
        <w:t>budu</w:t>
      </w:r>
      <w:proofErr w:type="gramEnd"/>
      <w:r>
        <w:t xml:space="preserve"> při plnění veřejné zakázky dodržovat veškeré povinnosti vyplývající z právních předpisů České republiky, zejména pracovněprávních předpisů, předpisů z oblasti zaměstnanosti, odměňování zaměstnanců a bezpečnosti a ochrany zdraví při práci, a to ve vz</w:t>
      </w:r>
      <w:r>
        <w:t>tahu ke všem osobám, které se budou na plnění veřejné zakázky podílet;</w:t>
      </w:r>
    </w:p>
    <w:p w:rsidR="00F5694A" w:rsidRDefault="00C63791">
      <w:pPr>
        <w:spacing w:after="60" w:line="247" w:lineRule="auto"/>
        <w:jc w:val="both"/>
      </w:pPr>
      <w:r>
        <w:t>2. budu vyžadovat dodržování povinností uvedených v bodě 1 tohoto čestného prohlášení rovněž od svých poddodavatelů, kteří se budou podílet na plnění veřejné zakázky;</w:t>
      </w:r>
    </w:p>
    <w:p w:rsidR="00F5694A" w:rsidRDefault="00C63791">
      <w:pPr>
        <w:spacing w:after="60" w:line="247" w:lineRule="auto"/>
        <w:jc w:val="both"/>
      </w:pPr>
      <w:r>
        <w:t xml:space="preserve">3. </w:t>
      </w:r>
      <w:proofErr w:type="gramStart"/>
      <w:r>
        <w:t>budu</w:t>
      </w:r>
      <w:proofErr w:type="gramEnd"/>
      <w:r>
        <w:t xml:space="preserve"> řádně a vč</w:t>
      </w:r>
      <w:r>
        <w:t xml:space="preserve">as plnit své finanční závazky vůči poddodavatelům podílejícím se na plnění veřejné zakázky v souladu se smluvními podmínkami </w:t>
      </w:r>
      <w:proofErr w:type="spellStart"/>
      <w:r>
        <w:t>sjednanými</w:t>
      </w:r>
      <w:proofErr w:type="spellEnd"/>
      <w:r>
        <w:t xml:space="preserve"> s </w:t>
      </w:r>
      <w:proofErr w:type="spellStart"/>
      <w:r>
        <w:t>těmito</w:t>
      </w:r>
      <w:proofErr w:type="spellEnd"/>
      <w:r>
        <w:t xml:space="preserve"> </w:t>
      </w:r>
      <w:proofErr w:type="spellStart"/>
      <w:r>
        <w:t>poddodavateli</w:t>
      </w:r>
      <w:proofErr w:type="spellEnd"/>
      <w:r>
        <w:t>.</w:t>
      </w:r>
    </w:p>
    <w:p w:rsidR="00136E78" w:rsidRDefault="00136E78">
      <w:pPr>
        <w:spacing w:after="60" w:line="247" w:lineRule="auto"/>
        <w:jc w:val="both"/>
      </w:pPr>
    </w:p>
    <w:p w:rsidR="00136E78" w:rsidRDefault="00136E78">
      <w:pPr>
        <w:spacing w:after="60" w:line="247" w:lineRule="auto"/>
        <w:jc w:val="both"/>
      </w:pPr>
    </w:p>
    <w:p w:rsidR="00F5694A" w:rsidRDefault="00C63791">
      <w:pPr>
        <w:spacing w:after="60" w:line="247" w:lineRule="auto"/>
      </w:pPr>
      <w:r>
        <w:rPr>
          <w:b/>
        </w:rPr>
        <w:t xml:space="preserve">V ………………………………… dne </w:t>
      </w:r>
      <w:r>
        <w:t>…………………………………</w:t>
      </w:r>
    </w:p>
    <w:p w:rsidR="00136E78" w:rsidRDefault="00136E78">
      <w:pPr>
        <w:spacing w:after="60" w:line="247" w:lineRule="auto"/>
      </w:pPr>
    </w:p>
    <w:p w:rsidR="00136E78" w:rsidRDefault="00C63791">
      <w:pPr>
        <w:spacing w:after="60" w:line="247" w:lineRule="auto"/>
        <w:rPr>
          <w:b/>
        </w:rPr>
      </w:pPr>
      <w:r>
        <w:rPr>
          <w:b/>
        </w:rPr>
        <w:t xml:space="preserve">Titul, jméno a příjmení osoby oprávněné jednat za účastníka: </w:t>
      </w:r>
    </w:p>
    <w:p w:rsidR="00136E78" w:rsidRDefault="00136E78">
      <w:pPr>
        <w:spacing w:after="60" w:line="247" w:lineRule="auto"/>
        <w:rPr>
          <w:b/>
        </w:rPr>
      </w:pPr>
    </w:p>
    <w:p w:rsidR="00F5694A" w:rsidRDefault="00C63791">
      <w:pPr>
        <w:spacing w:after="60" w:line="247" w:lineRule="auto"/>
      </w:pPr>
      <w:r>
        <w:t>…</w:t>
      </w:r>
      <w:r>
        <w:t>………………………………………………………………………</w:t>
      </w:r>
      <w:r w:rsidR="00136E78">
        <w:t>..............</w:t>
      </w:r>
    </w:p>
    <w:p w:rsidR="00136E78" w:rsidRDefault="00136E78">
      <w:pPr>
        <w:spacing w:after="60" w:line="247" w:lineRule="auto"/>
      </w:pPr>
    </w:p>
    <w:p w:rsidR="00F5694A" w:rsidRDefault="00C63791">
      <w:pPr>
        <w:spacing w:after="60" w:line="247" w:lineRule="auto"/>
      </w:pPr>
      <w:r>
        <w:rPr>
          <w:b/>
        </w:rPr>
        <w:t xml:space="preserve">Funkce: </w:t>
      </w:r>
      <w:r>
        <w:t>…………………………………………………………………………</w:t>
      </w:r>
    </w:p>
    <w:p w:rsidR="00136E78" w:rsidRDefault="00136E78">
      <w:pPr>
        <w:spacing w:after="60" w:line="247" w:lineRule="auto"/>
      </w:pPr>
    </w:p>
    <w:p w:rsidR="00F5694A" w:rsidRDefault="00C63791">
      <w:pPr>
        <w:spacing w:after="60" w:line="247" w:lineRule="auto"/>
      </w:pPr>
      <w:r>
        <w:rPr>
          <w:b/>
        </w:rPr>
        <w:t xml:space="preserve">Podpis: </w:t>
      </w:r>
      <w:r>
        <w:t>…………………………………………………………………………</w:t>
      </w:r>
      <w:r w:rsidR="00136E78">
        <w:t>.</w:t>
      </w:r>
    </w:p>
    <w:sectPr w:rsidR="00F5694A" w:rsidSect="00034616">
      <w:footerReference w:type="default" r:id="rId8"/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791" w:rsidRDefault="00C63791" w:rsidP="00F5694A">
      <w:pPr>
        <w:spacing w:after="0" w:line="240" w:lineRule="auto"/>
      </w:pPr>
      <w:r>
        <w:separator/>
      </w:r>
    </w:p>
  </w:endnote>
  <w:endnote w:type="continuationSeparator" w:id="0">
    <w:p w:rsidR="00C63791" w:rsidRDefault="00C63791" w:rsidP="00F56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ＭＳ 明朝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ＭＳ ゴシック">
    <w:charset w:val="00"/>
    <w:family w:val="auto"/>
    <w:pitch w:val="variable"/>
    <w:sig w:usb0="00000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94A" w:rsidRDefault="00F5694A">
    <w:pPr>
      <w:pStyle w:val="Zpat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791" w:rsidRDefault="00C63791" w:rsidP="00F5694A">
      <w:pPr>
        <w:spacing w:after="0" w:line="240" w:lineRule="auto"/>
      </w:pPr>
      <w:r>
        <w:separator/>
      </w:r>
    </w:p>
  </w:footnote>
  <w:footnote w:type="continuationSeparator" w:id="0">
    <w:p w:rsidR="00C63791" w:rsidRDefault="00C63791" w:rsidP="00F56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36E78"/>
    <w:rsid w:val="0015074B"/>
    <w:rsid w:val="0029639D"/>
    <w:rsid w:val="00326F90"/>
    <w:rsid w:val="00882A66"/>
    <w:rsid w:val="00AA1D8D"/>
    <w:rsid w:val="00B47730"/>
    <w:rsid w:val="00C63791"/>
    <w:rsid w:val="00CB0664"/>
    <w:rsid w:val="00F5694A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693F"/>
    <w:pPr>
      <w:spacing w:after="104" w:line="254" w:lineRule="auto"/>
    </w:pPr>
    <w:rPr>
      <w:rFonts w:ascii="Times New Roman" w:eastAsia="Times New Roman" w:hAnsi="Times New Roman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ace">
    <w:name w:val="Quote"/>
    <w:basedOn w:val="Normln"/>
    <w:next w:val="Normln"/>
    <w:link w:val="CitaceChar"/>
    <w:uiPriority w:val="29"/>
    <w:qFormat/>
    <w:rsid w:val="00FC693F"/>
    <w:rPr>
      <w:i/>
      <w:iCs/>
      <w:color w:val="000000" w:themeColor="text1"/>
    </w:rPr>
  </w:style>
  <w:style w:type="character" w:customStyle="1" w:styleId="CitaceChar">
    <w:name w:val="Citace Char"/>
    <w:basedOn w:val="Standardnpsmoodstavce"/>
    <w:link w:val="Citace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vraznn">
    <w:name w:val="Emphasis"/>
    <w:basedOn w:val="Standardnpsmoodstavce"/>
    <w:uiPriority w:val="20"/>
    <w:qFormat/>
    <w:rsid w:val="00FC693F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C0EF83-6EBA-402E-96A3-A687E68B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Vlada</cp:lastModifiedBy>
  <cp:revision>3</cp:revision>
  <dcterms:created xsi:type="dcterms:W3CDTF">2026-09-03T16:51:00Z</dcterms:created>
  <dcterms:modified xsi:type="dcterms:W3CDTF">2026-09-03T16:52:00Z</dcterms:modified>
</cp:coreProperties>
</file>