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Nzev"/>
        <w:jc w:val="center"/>
      </w:pPr>
      <w:r>
        <w:rPr>
          <w:b/>
        </w:rPr>
        <w:t>P10 – Čestné prohlášení k akceptaci závazného vzoru smlouvy</w:t>
      </w:r>
    </w:p>
    <w:p>
      <w:pPr>
        <w:jc w:val="center"/>
      </w:pPr>
      <w:r>
        <w:rPr>
          <w:b/>
          <w:sz w:val="21"/>
        </w:rPr>
        <w:t>Inovovaná plnicí linka pro fermentované mléčné výrobky</w:t>
      </w:r>
    </w:p>
    <w:p>
      <w:pPr>
        <w:pStyle w:val="Podnadpis"/>
        <w:jc w:val="center"/>
      </w:pPr>
      <w:r>
        <w:rPr>
          <w:i/>
        </w:rPr>
        <w:t>Zadavatel: LACRUM Velké Meziříčí, s.r.o., IČ 63992370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Obchodní firma / název dodavatele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IČ / zahraniční identifikátor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Sídlo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</w:tbl>
    <w:p/>
    <w:p>
      <w:pPr>
        <w:pStyle w:val="Nadpis1"/>
      </w:pPr>
      <w:r>
        <w:t>Prohlášení</w:t>
      </w:r>
    </w:p>
    <w:p>
      <w:pPr/>
      <w:r>
        <w:rPr>
          <w:i w:val="0"/>
        </w:rPr>
        <w:t>Účastník tímto výslovně a bez výhrad potvrzuje, že se seznámil s P4 – Závazným vzorem kupní smlouvy a akceptuje jej jako závazné obchodní podmínky veřejné zakázky.</w:t>
      </w:r>
    </w:p>
    <w:p>
      <w:pPr/>
      <w:r>
        <w:rPr>
          <w:i w:val="0"/>
        </w:rPr>
        <w:t>Účastník bere na vědomí, že zadavatel nepožaduje v nabídce předložení podepsaného návrhu kupní smlouvy P4. V případě, že bude jeho nabídka vybrána, uzavře kupní smlouvu ve znění odpovídajícím P4, zadávacím podmínkám a jeho nabídce; doplněny budou zejména identifikační a nabídkové údaje vybraného dodavatele.</w:t>
      </w:r>
    </w:p>
    <w:p>
      <w:pPr/>
      <w:r>
        <w:rPr>
          <w:i w:val="0"/>
        </w:rPr>
        <w:t>Účastník dále bere na vědomí, že součástí smluvního rámce veřejné zakázky je P15 – Závazný vzor servisní smlouvy, která bude s vybraným dodavatelem uzavřena v návaznosti na kupní smlouvu v rozsahu stanoveném zadávací dokumentací.</w:t>
      </w:r>
    </w:p>
    <w:p>
      <w:pPr/>
      <w:r>
        <w:rPr>
          <w:i w:val="0"/>
        </w:rPr>
        <w:t>Účastník potvrzuje, že k závazným smluvním podmínkám neuplatňuje výhrady ani vlastní obchodní podmínky; všeobecné obchodní podmínky účastníka se na smluvní vztah nepoužijí.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V / dne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Jméno a funkce oprávněné osoby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Obchodní firma dodavatele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Podpis, je-li pro daný dokument vyžadován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</w:tbl>
    <w:p>
      <w:pPr>
        <w:spacing w:before="120" w:after="0"/>
      </w:pPr>
      <w:r>
        <w:rPr>
          <w:i/>
          <w:sz w:val="18"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F06253" w:rsidRPr="00DB1B96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8E46" w14:textId="77777777" w:rsidR="00F8773B" w:rsidRDefault="00F8773B">
      <w:pPr>
        <w:spacing w:after="0" w:line="240" w:lineRule="auto"/>
      </w:pPr>
      <w:r>
        <w:separator/>
      </w:r>
    </w:p>
  </w:endnote>
  <w:endnote w:type="continuationSeparator" w:id="0">
    <w:p w14:paraId="420AB6E0" w14:textId="77777777" w:rsidR="00F8773B" w:rsidRDefault="00F8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16DE5" w14:textId="77777777" w:rsidR="00F8773B" w:rsidRDefault="00F8773B">
      <w:pPr>
        <w:spacing w:after="0" w:line="240" w:lineRule="auto"/>
      </w:pPr>
      <w:r>
        <w:separator/>
      </w:r>
    </w:p>
  </w:footnote>
  <w:footnote w:type="continuationSeparator" w:id="0">
    <w:p w14:paraId="583BC298" w14:textId="77777777" w:rsidR="00F8773B" w:rsidRDefault="00F8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267DF4"/>
    <w:rsid w:val="00277E65"/>
    <w:rsid w:val="0029639D"/>
    <w:rsid w:val="00326F90"/>
    <w:rsid w:val="00487DE2"/>
    <w:rsid w:val="005733BC"/>
    <w:rsid w:val="00593C09"/>
    <w:rsid w:val="00674BD1"/>
    <w:rsid w:val="00737334"/>
    <w:rsid w:val="007D6345"/>
    <w:rsid w:val="008830E6"/>
    <w:rsid w:val="00897694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CC0942"/>
    <w:rsid w:val="00DB1B96"/>
    <w:rsid w:val="00E43780"/>
    <w:rsid w:val="00E846A2"/>
    <w:rsid w:val="00F06253"/>
    <w:rsid w:val="00F41BEB"/>
    <w:rsid w:val="00F8773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P10 – Čestné prohlášení k akceptaci závazného vzoru smlouvy</dc:title>
  <dc:subject>Inovovaná plnicí linka pro fermentované mléčné výrobky</dc:subject>
  <dc:creator>python-docx</dc:creator>
  <cp:keywords/>
  <dc:description>generated by python-docx</dc:description>
  <cp:lastModifiedBy>Ondřej Vybíral</cp:lastModifiedBy>
  <cp:revision>6</cp:revision>
  <dcterms:created xsi:type="dcterms:W3CDTF">2026-09-18T15:32:00Z</dcterms:created>
  <dcterms:modified xsi:type="dcterms:W3CDTF">2026-09-22T13:22:00Z</dcterms:modified>
  <cp:category/>
</cp:coreProperties>
</file>