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60242" w14:textId="77777777" w:rsidR="008E16F4" w:rsidRDefault="001A68A5">
      <w:pPr>
        <w:pStyle w:val="Nzev"/>
        <w:jc w:val="center"/>
      </w:pPr>
      <w:r>
        <w:rPr>
          <w:rFonts w:ascii="Arial" w:hAnsi="Arial"/>
        </w:rPr>
        <w:t>Krycí list nabídky</w:t>
      </w:r>
    </w:p>
    <w:p w14:paraId="15818275" w14:textId="77777777" w:rsidR="008E16F4" w:rsidRDefault="001A68A5">
      <w:pPr>
        <w:jc w:val="center"/>
      </w:pPr>
      <w:r>
        <w:rPr>
          <w:b/>
        </w:rPr>
        <w:t>„Učebna bezpilotních systémů – stavební úpravy“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6236"/>
      </w:tblGrid>
      <w:tr w:rsidR="008E16F4" w14:paraId="72EEA971" w14:textId="77777777">
        <w:trPr>
          <w:jc w:val="center"/>
        </w:trPr>
        <w:tc>
          <w:tcPr>
            <w:tcW w:w="9638" w:type="dxa"/>
            <w:gridSpan w:val="2"/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768C3C" w14:textId="77777777" w:rsidR="008E16F4" w:rsidRDefault="001A68A5">
            <w:pPr>
              <w:spacing w:after="0" w:line="240" w:lineRule="auto"/>
            </w:pPr>
            <w:r>
              <w:rPr>
                <w:b/>
                <w:color w:val="FFFFFF"/>
              </w:rPr>
              <w:t>1. Identifikační a kontaktní údaje dodavatele</w:t>
            </w:r>
          </w:p>
        </w:tc>
      </w:tr>
      <w:tr w:rsidR="008E16F4" w14:paraId="040239F4" w14:textId="77777777">
        <w:trPr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E7577A" w14:textId="77777777" w:rsidR="008E16F4" w:rsidRDefault="001A68A5">
            <w:pPr>
              <w:spacing w:after="0" w:line="240" w:lineRule="auto"/>
            </w:pPr>
            <w:r>
              <w:rPr>
                <w:b/>
                <w:sz w:val="19"/>
              </w:rPr>
              <w:t>Obchodní firma / název</w:t>
            </w:r>
          </w:p>
        </w:tc>
        <w:tc>
          <w:tcPr>
            <w:tcW w:w="6236" w:type="dxa"/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13ADDF" w14:textId="77777777" w:rsidR="008E16F4" w:rsidRDefault="001A68A5">
            <w:pPr>
              <w:spacing w:after="0" w:line="240" w:lineRule="auto"/>
            </w:pPr>
            <w:r>
              <w:rPr>
                <w:sz w:val="19"/>
              </w:rPr>
              <w:t>DOPLNÍ DODAVATEL</w:t>
            </w:r>
          </w:p>
        </w:tc>
      </w:tr>
      <w:tr w:rsidR="008E16F4" w14:paraId="158E70AE" w14:textId="77777777">
        <w:trPr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75F585" w14:textId="77777777" w:rsidR="008E16F4" w:rsidRDefault="001A68A5">
            <w:pPr>
              <w:spacing w:after="0" w:line="240" w:lineRule="auto"/>
            </w:pPr>
            <w:r>
              <w:rPr>
                <w:b/>
                <w:sz w:val="19"/>
              </w:rPr>
              <w:t>Právní forma</w:t>
            </w:r>
          </w:p>
        </w:tc>
        <w:tc>
          <w:tcPr>
            <w:tcW w:w="6236" w:type="dxa"/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58CBC8" w14:textId="77777777" w:rsidR="008E16F4" w:rsidRDefault="001A68A5">
            <w:pPr>
              <w:spacing w:after="0" w:line="240" w:lineRule="auto"/>
            </w:pPr>
            <w:r>
              <w:rPr>
                <w:sz w:val="19"/>
              </w:rPr>
              <w:t>DOPLNÍ DODAVATEL</w:t>
            </w:r>
          </w:p>
        </w:tc>
      </w:tr>
      <w:tr w:rsidR="008E16F4" w14:paraId="5EBD1244" w14:textId="77777777">
        <w:trPr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857F75" w14:textId="77777777" w:rsidR="008E16F4" w:rsidRDefault="001A68A5">
            <w:pPr>
              <w:spacing w:after="0" w:line="240" w:lineRule="auto"/>
            </w:pPr>
            <w:r>
              <w:rPr>
                <w:b/>
                <w:sz w:val="19"/>
              </w:rPr>
              <w:t>IČO</w:t>
            </w:r>
          </w:p>
        </w:tc>
        <w:tc>
          <w:tcPr>
            <w:tcW w:w="6236" w:type="dxa"/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77607A" w14:textId="77777777" w:rsidR="008E16F4" w:rsidRDefault="001A68A5">
            <w:pPr>
              <w:spacing w:after="0" w:line="240" w:lineRule="auto"/>
            </w:pPr>
            <w:r>
              <w:rPr>
                <w:sz w:val="19"/>
              </w:rPr>
              <w:t>DOPLNÍ DODAVATEL</w:t>
            </w:r>
          </w:p>
        </w:tc>
      </w:tr>
      <w:tr w:rsidR="008E16F4" w14:paraId="5270A9FF" w14:textId="77777777">
        <w:trPr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72B4C4" w14:textId="77777777" w:rsidR="008E16F4" w:rsidRDefault="001A68A5">
            <w:pPr>
              <w:spacing w:after="0" w:line="240" w:lineRule="auto"/>
            </w:pPr>
            <w:r>
              <w:rPr>
                <w:b/>
                <w:sz w:val="19"/>
              </w:rPr>
              <w:t>DIČ</w:t>
            </w:r>
          </w:p>
        </w:tc>
        <w:tc>
          <w:tcPr>
            <w:tcW w:w="6236" w:type="dxa"/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8D728F" w14:textId="77777777" w:rsidR="008E16F4" w:rsidRDefault="001A68A5">
            <w:pPr>
              <w:spacing w:after="0" w:line="240" w:lineRule="auto"/>
            </w:pPr>
            <w:r>
              <w:rPr>
                <w:sz w:val="19"/>
              </w:rPr>
              <w:t>DOPLNÍ DODAVATEL</w:t>
            </w:r>
          </w:p>
        </w:tc>
      </w:tr>
      <w:tr w:rsidR="008E16F4" w14:paraId="27C3EF76" w14:textId="77777777">
        <w:trPr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367181" w14:textId="77777777" w:rsidR="008E16F4" w:rsidRDefault="001A68A5">
            <w:pPr>
              <w:spacing w:after="0" w:line="240" w:lineRule="auto"/>
            </w:pPr>
            <w:r>
              <w:rPr>
                <w:b/>
                <w:sz w:val="19"/>
              </w:rPr>
              <w:t>Sídlo / místo podnikání</w:t>
            </w:r>
          </w:p>
        </w:tc>
        <w:tc>
          <w:tcPr>
            <w:tcW w:w="6236" w:type="dxa"/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AD41DA" w14:textId="77777777" w:rsidR="008E16F4" w:rsidRDefault="001A68A5">
            <w:pPr>
              <w:spacing w:after="0" w:line="240" w:lineRule="auto"/>
            </w:pPr>
            <w:r>
              <w:rPr>
                <w:sz w:val="19"/>
              </w:rPr>
              <w:t>DOPLNÍ DODAVATEL</w:t>
            </w:r>
          </w:p>
        </w:tc>
      </w:tr>
      <w:tr w:rsidR="008E16F4" w14:paraId="1ECC74E9" w14:textId="77777777">
        <w:trPr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C63C3D" w14:textId="77777777" w:rsidR="008E16F4" w:rsidRDefault="001A68A5">
            <w:pPr>
              <w:spacing w:after="0" w:line="240" w:lineRule="auto"/>
            </w:pPr>
            <w:r>
              <w:rPr>
                <w:b/>
                <w:sz w:val="19"/>
              </w:rPr>
              <w:t>Kontaktní osoba</w:t>
            </w:r>
          </w:p>
        </w:tc>
        <w:tc>
          <w:tcPr>
            <w:tcW w:w="6236" w:type="dxa"/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01B6BF" w14:textId="77777777" w:rsidR="008E16F4" w:rsidRDefault="001A68A5">
            <w:pPr>
              <w:spacing w:after="0" w:line="240" w:lineRule="auto"/>
            </w:pPr>
            <w:r>
              <w:rPr>
                <w:sz w:val="19"/>
              </w:rPr>
              <w:t>DOPLNÍ DODAVATEL</w:t>
            </w:r>
          </w:p>
        </w:tc>
      </w:tr>
      <w:tr w:rsidR="008E16F4" w14:paraId="3C9802DE" w14:textId="77777777">
        <w:trPr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ADD8FA" w14:textId="77777777" w:rsidR="008E16F4" w:rsidRDefault="001A68A5">
            <w:pPr>
              <w:spacing w:after="0" w:line="240" w:lineRule="auto"/>
            </w:pPr>
            <w:r>
              <w:rPr>
                <w:b/>
                <w:sz w:val="19"/>
              </w:rPr>
              <w:t>Telefon</w:t>
            </w:r>
          </w:p>
        </w:tc>
        <w:tc>
          <w:tcPr>
            <w:tcW w:w="6236" w:type="dxa"/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69A97D" w14:textId="77777777" w:rsidR="008E16F4" w:rsidRDefault="001A68A5">
            <w:pPr>
              <w:spacing w:after="0" w:line="240" w:lineRule="auto"/>
            </w:pPr>
            <w:r>
              <w:rPr>
                <w:sz w:val="19"/>
              </w:rPr>
              <w:t>DOPLNÍ DODAVATEL</w:t>
            </w:r>
          </w:p>
        </w:tc>
      </w:tr>
      <w:tr w:rsidR="008E16F4" w14:paraId="7EAF262A" w14:textId="77777777">
        <w:trPr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B2CC0D" w14:textId="77777777" w:rsidR="008E16F4" w:rsidRDefault="001A68A5">
            <w:pPr>
              <w:spacing w:after="0" w:line="240" w:lineRule="auto"/>
            </w:pPr>
            <w:r>
              <w:rPr>
                <w:b/>
                <w:sz w:val="19"/>
              </w:rPr>
              <w:t>E-mail</w:t>
            </w:r>
          </w:p>
        </w:tc>
        <w:tc>
          <w:tcPr>
            <w:tcW w:w="6236" w:type="dxa"/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4ADA8D" w14:textId="77777777" w:rsidR="008E16F4" w:rsidRDefault="001A68A5">
            <w:pPr>
              <w:spacing w:after="0" w:line="240" w:lineRule="auto"/>
            </w:pPr>
            <w:r>
              <w:rPr>
                <w:sz w:val="19"/>
              </w:rPr>
              <w:t>DOPLNÍ DODAVATEL</w:t>
            </w:r>
          </w:p>
        </w:tc>
      </w:tr>
      <w:tr w:rsidR="008E16F4" w14:paraId="6F45B0A5" w14:textId="77777777">
        <w:trPr>
          <w:jc w:val="center"/>
        </w:trPr>
        <w:tc>
          <w:tcPr>
            <w:tcW w:w="9638" w:type="dxa"/>
            <w:gridSpan w:val="2"/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581C62" w14:textId="77777777" w:rsidR="008E16F4" w:rsidRDefault="001A68A5">
            <w:pPr>
              <w:spacing w:after="0" w:line="240" w:lineRule="auto"/>
            </w:pPr>
            <w:r>
              <w:rPr>
                <w:b/>
                <w:color w:val="FFFFFF"/>
              </w:rPr>
              <w:t>2. Nabídková cena</w:t>
            </w:r>
          </w:p>
        </w:tc>
      </w:tr>
      <w:tr w:rsidR="008E16F4" w14:paraId="7D5EC191" w14:textId="77777777">
        <w:trPr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9689FF" w14:textId="77777777" w:rsidR="008E16F4" w:rsidRDefault="001A68A5">
            <w:pPr>
              <w:spacing w:after="0" w:line="240" w:lineRule="auto"/>
            </w:pPr>
            <w:r>
              <w:rPr>
                <w:b/>
                <w:sz w:val="19"/>
              </w:rPr>
              <w:t>Cena celkem bez DPH</w:t>
            </w:r>
          </w:p>
        </w:tc>
        <w:tc>
          <w:tcPr>
            <w:tcW w:w="6236" w:type="dxa"/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38F6BF" w14:textId="77777777" w:rsidR="008E16F4" w:rsidRDefault="001A68A5">
            <w:pPr>
              <w:spacing w:after="0" w:line="240" w:lineRule="auto"/>
            </w:pPr>
            <w:r>
              <w:rPr>
                <w:sz w:val="19"/>
              </w:rPr>
              <w:t>________________ Kč</w:t>
            </w:r>
          </w:p>
        </w:tc>
      </w:tr>
      <w:tr w:rsidR="008E16F4" w14:paraId="44D71501" w14:textId="77777777">
        <w:trPr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34E31E" w14:textId="77777777" w:rsidR="008E16F4" w:rsidRDefault="001A68A5">
            <w:pPr>
              <w:spacing w:after="0" w:line="240" w:lineRule="auto"/>
            </w:pPr>
            <w:r>
              <w:rPr>
                <w:b/>
                <w:sz w:val="19"/>
              </w:rPr>
              <w:t>DPH</w:t>
            </w:r>
          </w:p>
        </w:tc>
        <w:tc>
          <w:tcPr>
            <w:tcW w:w="6236" w:type="dxa"/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F9D117" w14:textId="77777777" w:rsidR="008E16F4" w:rsidRDefault="001A68A5">
            <w:pPr>
              <w:spacing w:after="0" w:line="240" w:lineRule="auto"/>
            </w:pPr>
            <w:r>
              <w:rPr>
                <w:sz w:val="19"/>
              </w:rPr>
              <w:t>________________ Kč</w:t>
            </w:r>
          </w:p>
        </w:tc>
      </w:tr>
      <w:tr w:rsidR="008E16F4" w14:paraId="19BD8FF1" w14:textId="77777777">
        <w:trPr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4DA34E" w14:textId="77777777" w:rsidR="008E16F4" w:rsidRDefault="001A68A5">
            <w:pPr>
              <w:spacing w:after="0" w:line="240" w:lineRule="auto"/>
            </w:pPr>
            <w:r>
              <w:rPr>
                <w:b/>
                <w:sz w:val="19"/>
              </w:rPr>
              <w:t>Cena celkem včetně DPH</w:t>
            </w:r>
          </w:p>
        </w:tc>
        <w:tc>
          <w:tcPr>
            <w:tcW w:w="6236" w:type="dxa"/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7EACF1" w14:textId="77777777" w:rsidR="008E16F4" w:rsidRDefault="001A68A5">
            <w:pPr>
              <w:spacing w:after="0" w:line="240" w:lineRule="auto"/>
            </w:pPr>
            <w:r>
              <w:rPr>
                <w:sz w:val="19"/>
              </w:rPr>
              <w:t>________________ Kč</w:t>
            </w:r>
          </w:p>
        </w:tc>
      </w:tr>
      <w:tr w:rsidR="008E16F4" w14:paraId="142C92BC" w14:textId="77777777">
        <w:trPr>
          <w:jc w:val="center"/>
        </w:trPr>
        <w:tc>
          <w:tcPr>
            <w:tcW w:w="9638" w:type="dxa"/>
            <w:gridSpan w:val="2"/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47C3BB" w14:textId="77777777" w:rsidR="008E16F4" w:rsidRDefault="001A68A5">
            <w:pPr>
              <w:spacing w:after="0" w:line="240" w:lineRule="auto"/>
            </w:pPr>
            <w:r>
              <w:rPr>
                <w:b/>
                <w:color w:val="FFFFFF"/>
              </w:rPr>
              <w:t>3. Záruční doba</w:t>
            </w:r>
          </w:p>
        </w:tc>
      </w:tr>
      <w:tr w:rsidR="008E16F4" w14:paraId="64A6CBEF" w14:textId="77777777">
        <w:trPr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05F9D0" w14:textId="77777777" w:rsidR="008E16F4" w:rsidRDefault="001A68A5">
            <w:pPr>
              <w:spacing w:after="0" w:line="240" w:lineRule="auto"/>
            </w:pPr>
            <w:r>
              <w:rPr>
                <w:b/>
                <w:sz w:val="19"/>
              </w:rPr>
              <w:t>Záruka za jakost stavebních prací</w:t>
            </w:r>
          </w:p>
        </w:tc>
        <w:tc>
          <w:tcPr>
            <w:tcW w:w="6236" w:type="dxa"/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4D46ED" w14:textId="77777777" w:rsidR="008E16F4" w:rsidRDefault="001A68A5">
            <w:pPr>
              <w:spacing w:after="0" w:line="240" w:lineRule="auto"/>
            </w:pPr>
            <w:r>
              <w:rPr>
                <w:sz w:val="19"/>
              </w:rPr>
              <w:t>________________ měsíců</w:t>
            </w:r>
          </w:p>
        </w:tc>
      </w:tr>
      <w:tr w:rsidR="008E16F4" w14:paraId="596ADC4F" w14:textId="77777777">
        <w:trPr>
          <w:jc w:val="center"/>
        </w:trPr>
        <w:tc>
          <w:tcPr>
            <w:tcW w:w="9638" w:type="dxa"/>
            <w:gridSpan w:val="2"/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EA87DB" w14:textId="77777777" w:rsidR="008E16F4" w:rsidRDefault="001A68A5">
            <w:pPr>
              <w:spacing w:after="0" w:line="240" w:lineRule="auto"/>
            </w:pPr>
            <w:r>
              <w:rPr>
                <w:b/>
                <w:color w:val="FFFFFF"/>
              </w:rPr>
              <w:t>4. Osoba oprávněná jednat za dodavatele</w:t>
            </w:r>
          </w:p>
        </w:tc>
      </w:tr>
      <w:tr w:rsidR="008E16F4" w14:paraId="04F16C16" w14:textId="77777777">
        <w:trPr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92B75C" w14:textId="77777777" w:rsidR="008E16F4" w:rsidRDefault="001A68A5">
            <w:pPr>
              <w:spacing w:after="0" w:line="240" w:lineRule="auto"/>
            </w:pPr>
            <w:r>
              <w:rPr>
                <w:b/>
                <w:sz w:val="19"/>
              </w:rPr>
              <w:t>Jméno a příjmení</w:t>
            </w:r>
          </w:p>
        </w:tc>
        <w:tc>
          <w:tcPr>
            <w:tcW w:w="6236" w:type="dxa"/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913D81" w14:textId="77777777" w:rsidR="008E16F4" w:rsidRDefault="008E16F4">
            <w:pPr>
              <w:spacing w:after="0" w:line="240" w:lineRule="auto"/>
            </w:pPr>
          </w:p>
        </w:tc>
      </w:tr>
      <w:tr w:rsidR="008E16F4" w14:paraId="35D9C945" w14:textId="77777777">
        <w:trPr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CC42E3" w14:textId="77777777" w:rsidR="008E16F4" w:rsidRDefault="001A68A5">
            <w:pPr>
              <w:spacing w:after="0" w:line="240" w:lineRule="auto"/>
            </w:pPr>
            <w:r>
              <w:rPr>
                <w:b/>
                <w:sz w:val="19"/>
              </w:rPr>
              <w:t>Funkce</w:t>
            </w:r>
          </w:p>
        </w:tc>
        <w:tc>
          <w:tcPr>
            <w:tcW w:w="6236" w:type="dxa"/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2ECF77" w14:textId="77777777" w:rsidR="008E16F4" w:rsidRDefault="008E16F4">
            <w:pPr>
              <w:spacing w:after="0" w:line="240" w:lineRule="auto"/>
            </w:pPr>
          </w:p>
        </w:tc>
      </w:tr>
      <w:tr w:rsidR="008E16F4" w14:paraId="08A97B36" w14:textId="77777777">
        <w:trPr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0B2904" w14:textId="77777777" w:rsidR="008E16F4" w:rsidRDefault="001A68A5">
            <w:pPr>
              <w:spacing w:after="0" w:line="240" w:lineRule="auto"/>
            </w:pPr>
            <w:r>
              <w:rPr>
                <w:b/>
                <w:sz w:val="19"/>
              </w:rPr>
              <w:t>Místo a datum podpisu</w:t>
            </w:r>
          </w:p>
        </w:tc>
        <w:tc>
          <w:tcPr>
            <w:tcW w:w="6236" w:type="dxa"/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318433" w14:textId="77777777" w:rsidR="008E16F4" w:rsidRDefault="008E16F4">
            <w:pPr>
              <w:spacing w:after="0" w:line="240" w:lineRule="auto"/>
            </w:pPr>
          </w:p>
        </w:tc>
      </w:tr>
      <w:tr w:rsidR="008E16F4" w14:paraId="137CDF5E" w14:textId="77777777">
        <w:trPr>
          <w:jc w:val="center"/>
        </w:trPr>
        <w:tc>
          <w:tcPr>
            <w:tcW w:w="340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E8828F" w14:textId="77777777" w:rsidR="008E16F4" w:rsidRDefault="001A68A5">
            <w:pPr>
              <w:spacing w:after="0" w:line="240" w:lineRule="auto"/>
            </w:pPr>
            <w:r>
              <w:rPr>
                <w:b/>
                <w:sz w:val="19"/>
              </w:rPr>
              <w:t>Podpis</w:t>
            </w:r>
          </w:p>
        </w:tc>
        <w:tc>
          <w:tcPr>
            <w:tcW w:w="6236" w:type="dxa"/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E58DC7" w14:textId="77777777" w:rsidR="008E16F4" w:rsidRDefault="008E16F4">
            <w:pPr>
              <w:spacing w:after="0" w:line="240" w:lineRule="auto"/>
            </w:pPr>
          </w:p>
        </w:tc>
      </w:tr>
    </w:tbl>
    <w:p w14:paraId="3891C4FB" w14:textId="3695525A" w:rsidR="008E16F4" w:rsidRDefault="001A68A5">
      <w:r>
        <w:t xml:space="preserve">Dodavatel potvrzuje, že údaje uvedené v tomto krycím listu odpovídají jeho nabídce, oceněnému zjednodušenému cenovému soupisu a návrhu smlouvy. Nabízená záruka za jakost stavebních prací činí nejméně </w:t>
      </w:r>
      <w:r w:rsidR="00844F78">
        <w:t>36</w:t>
      </w:r>
      <w:r>
        <w:t xml:space="preserve"> měsíců.</w:t>
      </w:r>
    </w:p>
    <w:sectPr w:rsidR="008E16F4" w:rsidSect="00034616">
      <w:headerReference w:type="default" r:id="rId8"/>
      <w:footerReference w:type="default" r:id="rId9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85549" w14:textId="77777777" w:rsidR="001A68A5" w:rsidRDefault="001A68A5">
      <w:pPr>
        <w:spacing w:after="0" w:line="240" w:lineRule="auto"/>
      </w:pPr>
      <w:r>
        <w:separator/>
      </w:r>
    </w:p>
  </w:endnote>
  <w:endnote w:type="continuationSeparator" w:id="0">
    <w:p w14:paraId="3E4C547A" w14:textId="77777777" w:rsidR="001A68A5" w:rsidRDefault="001A6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AB06" w14:textId="77777777" w:rsidR="008E16F4" w:rsidRDefault="001A68A5">
    <w:pPr>
      <w:pStyle w:val="Zpat"/>
      <w:jc w:val="center"/>
    </w:pPr>
    <w:r>
      <w:rPr>
        <w:sz w:val="16"/>
      </w:rPr>
      <w:t xml:space="preserve">Strana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 w:rsidR="00844F78">
      <w:rPr>
        <w:sz w:val="16"/>
      </w:rPr>
      <w:fldChar w:fldCharType="separate"/>
    </w:r>
    <w:r w:rsidR="00844F78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F8BBC" w14:textId="77777777" w:rsidR="001A68A5" w:rsidRDefault="001A68A5">
      <w:pPr>
        <w:spacing w:after="0" w:line="240" w:lineRule="auto"/>
      </w:pPr>
      <w:r>
        <w:separator/>
      </w:r>
    </w:p>
  </w:footnote>
  <w:footnote w:type="continuationSeparator" w:id="0">
    <w:p w14:paraId="466671FF" w14:textId="77777777" w:rsidR="001A68A5" w:rsidRDefault="001A6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3759F" w14:textId="77777777" w:rsidR="008E16F4" w:rsidRDefault="001A68A5">
    <w:pPr>
      <w:pStyle w:val="Zhlav"/>
      <w:jc w:val="right"/>
    </w:pPr>
    <w:r>
      <w:rPr>
        <w:color w:val="646464"/>
        <w:sz w:val="16"/>
      </w:rPr>
      <w:t xml:space="preserve">SOŠ a SOU </w:t>
    </w:r>
    <w:proofErr w:type="spellStart"/>
    <w:r>
      <w:rPr>
        <w:color w:val="646464"/>
        <w:sz w:val="16"/>
      </w:rPr>
      <w:t>technické</w:t>
    </w:r>
    <w:proofErr w:type="spellEnd"/>
    <w:r>
      <w:rPr>
        <w:color w:val="646464"/>
        <w:sz w:val="16"/>
      </w:rPr>
      <w:t>, Třemošnice | VZ 02/2026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3256706">
    <w:abstractNumId w:val="8"/>
  </w:num>
  <w:num w:numId="2" w16cid:durableId="1376999197">
    <w:abstractNumId w:val="6"/>
  </w:num>
  <w:num w:numId="3" w16cid:durableId="1482772343">
    <w:abstractNumId w:val="5"/>
  </w:num>
  <w:num w:numId="4" w16cid:durableId="1688365263">
    <w:abstractNumId w:val="4"/>
  </w:num>
  <w:num w:numId="5" w16cid:durableId="1767650827">
    <w:abstractNumId w:val="7"/>
  </w:num>
  <w:num w:numId="6" w16cid:durableId="920062838">
    <w:abstractNumId w:val="3"/>
  </w:num>
  <w:num w:numId="7" w16cid:durableId="2101103220">
    <w:abstractNumId w:val="2"/>
  </w:num>
  <w:num w:numId="8" w16cid:durableId="194387813">
    <w:abstractNumId w:val="1"/>
  </w:num>
  <w:num w:numId="9" w16cid:durableId="1562057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68A5"/>
    <w:rsid w:val="0029639D"/>
    <w:rsid w:val="00326F90"/>
    <w:rsid w:val="00844F78"/>
    <w:rsid w:val="008E16F4"/>
    <w:rsid w:val="00AA1D8D"/>
    <w:rsid w:val="00B47730"/>
    <w:rsid w:val="00CB0664"/>
    <w:rsid w:val="00ED75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9CA7AA"/>
  <w14:defaultImageDpi w14:val="300"/>
  <w15:docId w15:val="{832E6350-2FF1-4D95-B7B3-E56DB74F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52" w:lineRule="auto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1F4E78"/>
      <w:sz w:val="24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E7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before="160" w:after="8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Sobotková Lenka Ing.</cp:lastModifiedBy>
  <cp:revision>2</cp:revision>
  <dcterms:created xsi:type="dcterms:W3CDTF">2013-12-23T23:15:00Z</dcterms:created>
  <dcterms:modified xsi:type="dcterms:W3CDTF">2026-09-18T07:10:00Z</dcterms:modified>
  <cp:category/>
</cp:coreProperties>
</file>